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07-10-26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07/10/2026  ·  18:00-19:40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3 · Booth, división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ALGORITMO DE BOOTH</w:t>
      </w:r>
    </w:p>
    <w:p>
      <w:r>
        <w:rPr>
          <w:rFonts w:ascii="Arial" w:hAnsi="Arial" w:cs="Arial"/>
          <w:b w:val="0"/>
          <w:i w:val="0"/>
          <w:sz w:val="20"/>
        </w:rPr>
        <w:t>Reduce el número de operaciones aprovechando las cadenas de unos: en vez de sumar por cada uno, resta al inicio de la cadena y suma al final. Además maneja números con signo sin casos especiales.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examinan pares de bits solapados, agregando un bit implícito en 0 a la derecha.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 01: sumar el multiplicando. Par 10: restar. Pares 00 y 11: solo desplazar.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desplazamiento es aritmético, conservando el signo.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BOOTH RADIX-4</w:t>
      </w:r>
    </w:p>
    <w:p>
      <w:r>
        <w:rPr>
          <w:rFonts w:ascii="Arial" w:hAnsi="Arial" w:cs="Arial"/>
          <w:b w:val="0"/>
          <w:i w:val="0"/>
          <w:sz w:val="20"/>
        </w:rPr>
        <w:t>Examina tercias de bits y reduce las iteraciones a la mitad, a costa de necesitar también el doble del multiplicando. Es lo que se usa en multiplicadores reales.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DIVISIÓN RESTAURADORA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Desplazar el residuo e introducir el siguiente bit del dividendo.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Restar el divisor.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 el resultado es negativo, restaurar sumando el divisor y poner 0 en el cociente.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Si es positivo o cero, poner 1 en el cociente.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DIVISIÓN NO RESTAURADORA</w:t>
      </w:r>
    </w:p>
    <w:p>
      <w:r>
        <w:rPr>
          <w:rFonts w:ascii="Arial" w:hAnsi="Arial" w:cs="Arial"/>
          <w:b w:val="0"/>
          <w:i w:val="0"/>
          <w:sz w:val="20"/>
        </w:rPr>
        <w:t>Evita el paso de restauración: si el residuo quedó negativo, en la siguiente iteración se suma en lugar de restar. Ahorra un ciclo por iteración cuando el residuo es negativo.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DIVISIÓN ENTRE CERO</w:t>
      </w:r>
    </w:p>
    <w:p>
      <w:r>
        <w:rPr>
          <w:rFonts w:ascii="Arial" w:hAnsi="Arial" w:cs="Arial"/>
          <w:b w:val="0"/>
          <w:i w:val="0"/>
          <w:sz w:val="20"/>
        </w:rPr>
        <w:t>Hay que decidir y documentar qué hace el circuito. En hardware no hay excepciones: o se genera una bandera de error o el resultado queda indefinido. Dejarlo sin definir es un defecto de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Comparar contra Python para todos los pares de operandos, incluyendo negativos en Booth y el caso divisor cero.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3</w:t>
      </w:r>
    </w:p>
    <w:p>
      <w:r>
        <w:rPr>
          <w:rFonts w:ascii="Arial" w:hAnsi="Arial" w:cs="Arial"/>
          <w:b w:val="0"/>
          <w:i w:val="0"/>
          <w:sz w:val="20"/>
        </w:rPr>
        <w:t>Reporte con la comparación de los tres algoritmos —sumas y desplazamientos, Booth, y división— en recursos, latencia y frecuencia máxima.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</w:t>
      </w:r>
    </w:p>
    <w:p>
      <w:r>
        <w:rPr>
          <w:rFonts w:ascii="Arial" w:hAnsi="Arial" w:cs="Arial"/>
          <w:b w:val="0"/>
          <w:i w:val="0"/>
          <w:sz w:val="20"/>
        </w:rPr>
        <w:t>Las prácticas 3, 4 y 5 pueden recibir hasta un punto adicional si el equipo demuestra desempeño, comprensión e innovación sobresalientes en el tema.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