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02-09-26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02/09/2026  ·  18:00-19:40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1 · Bloques secuenciales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Completar la Práctica 1 con los bloques secuenciales: flip-flops, registros y contadores.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BLOQUES A DESCRIBIR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Flip-flop D con reinicio síncrono y con reinicio asíncrono.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Flip-flop T y JK, derivados del 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Registro de desplazamiento de 8 bits con carga paralela.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Contador ascendente y descendente con habilitación.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PATRÓN OBLIGATORIO</w:t>
      </w:r>
    </w:p>
    <w:p>
      <w:r>
        <w:rPr>
          <w:rFonts w:ascii="Arial" w:hAnsi="Arial" w:cs="Arial"/>
          <w:b w:val="0"/>
          <w:i w:val="0"/>
          <w:sz w:val="20"/>
        </w:rPr>
        <w:t>Todo registro se infiere de una asignación dentro de un if de flanco. Conviene escribirlo siempre igual para no tener que pensarlo.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process(clk) begin if rising_edge(clk) then … end if; end process;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RELOJ Y REBOTES</w:t>
      </w:r>
    </w:p>
    <w:p>
      <w:r>
        <w:rPr>
          <w:rFonts w:ascii="Arial" w:hAnsi="Arial" w:cs="Arial"/>
          <w:b w:val="0"/>
          <w:i w:val="0"/>
          <w:sz w:val="20"/>
        </w:rPr>
        <w:t>Los interruptores mecánicos rebotan durante milisegundos. Si se conectan directo al reloj de un contador, este cuenta varias veces por pulsación. Hay que filtrar el rebote con un contador o un registro de desplazamiento antes de usar la señal.</w:t>
      </w:r>
    </w:p>
    <w:p>
      <w:r>
        <w:rPr>
          <w:rFonts w:ascii="Arial" w:hAnsi="Arial" w:cs="Arial"/>
          <w:b w:val="0"/>
          <w:i w:val="0"/>
          <w:sz w:val="20"/>
        </w:rPr>
        <w:t>Es el problema que más desconcierta en la primera práctica física: el diseño está bien y el contador salta de tres en tres. No es el diseño, es el botón.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SINCRONIZADOR DE DOS ETAPAS</w:t>
      </w:r>
    </w:p>
    <w:p>
      <w:r>
        <w:rPr>
          <w:rFonts w:ascii="Arial" w:hAnsi="Arial" w:cs="Arial"/>
          <w:b w:val="0"/>
          <w:i w:val="0"/>
          <w:sz w:val="20"/>
        </w:rPr>
        <w:t>Toda señal externa asíncrona debe pasar por dos flip-flops antes de usarse, para reducir la probabilidad de metaestabilidad. Es una regla que se aplica sin excepción en diseño con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Simular el contador durante suficientes ciclos para ver el desbordamiento.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Verificar que el reset funcione en cualquier momento.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Comprobar en la tarjeta con el contador conectado a los LED.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1</w:t>
      </w:r>
    </w:p>
    <w:p>
      <w:r>
        <w:rPr>
          <w:rFonts w:ascii="Arial" w:hAnsi="Arial" w:cs="Arial"/>
          <w:b w:val="0"/>
          <w:i w:val="0"/>
          <w:sz w:val="20"/>
        </w:rPr>
        <w:t>Reporte completo según la rúbrica y demostración del experimento funcionando ante el profesor. Recuerda que la entrega admite un retraso máximo de una semana con penalización, y después ya no es factible.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