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12-08-26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12/08/2026  ·  18:00-19:40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 del laboratorio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Sin alimentos. 90% de asistencia para tener derecho a evaluación.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Hay que estar y participar para que cuente la asistencia.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Entregas: retraso máximo de una semana con penalización.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se evalúa cada práctica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 punto el experimento funcionando avalado por el profesor, 1 punto el reporte por rúbrica.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rúbrica pesa sobre todo en mediciones y comparación teórico-práctica.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tarjeta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Revisamos FPGA, interruptores, botones, LED, displays de 7 segmentos, reloj y conectores.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asignación de pines debe seguir el manual: un pin mal puesto puede dañar el dispositivo.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Herramientas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Quartus (síntesis), ActiveHDL (simulación), MATLAB o Python (vectores de prueba).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Dejar instaladas las herramientas y probar que compilan un ejemplo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Bajar el manual de la tarjeta y ubicar la tabla de pines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