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18-11-26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18/11/2026  ·  10:00-11:40  ·  Sesión 14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Proyecto final: integración y preparación de la presentación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Cerrar el proyecto y preparar la presentación oral, que vale 10%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DEL PROYECTO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Problema y usuarios: la persona y el mapa de recorrido.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Investigación: entrevistas y hallazgos.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Diseño: alternativas consideradas y criterio de selección.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Prototipo: de papel a alta fidelidad.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Evaluación: heurística, recorrido cognitivo y prueba con usuarios.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6. Iteración: qué cambió y con qué evidencia.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7. Accesibilidad e internacionalización: qué se consideró.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8. Conclusiones y trabajo pendiente.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PRESENTACIÓN ORAL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resultado SO3 evalúa comunicación efectiva ante distintas audiencias, oral y escrita.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Mostrar el proceso, no solo el resultado final. Las alternativas descartadas y el porqué valen tanto como la elegida.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Apoyar cada decisión con evidencia: «lo cambiamos porque tres de cinco usuarios fallaron aquí».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Incluir el antes y el después: es lo más convincente que se puede mostrar.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ERRORES A EVITAR EN LA PRESENTACIÓN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Dedicar ocho minutos a la introducción y dos al trabajo propio.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Leer las diapositivas.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Presentar el prototipo sin decir cómo se llegó a él.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Ocultar los problemas encontrados: reportarlos demuestra rigor, no fracaso.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ENSAYO</w:t>
      </w:r>
    </w:p>
    <w:p>
      <w:r>
        <w:rPr>
          <w:rFonts w:ascii="Arial" w:hAnsi="Arial" w:cs="Arial"/>
          <w:b w:val="0"/>
          <w:i w:val="0"/>
          <w:sz w:val="20"/>
        </w:rPr>
        <w:t>Ensayar de pie, en voz alta y con cronómetro. El tiempo siempre alcanza para menos de lo que uno cree.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Documento del proyecto completo y diapositivas de la presentación.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