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04-11-26 Laboratorio de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04/11/2026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