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21-10-26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21/10/2026  ·  10:00-11:40  ·  Sesión 10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Taller: prototipado de baja fidelidad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Producir alternativas rápidas en papel y aprender a desecharlas sin apego.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1 · OCHO IDEAS EN OCHO MINUTOS</w:t>
      </w:r>
    </w:p>
    <w:p>
      <w:r>
        <w:rPr>
          <w:rFonts w:ascii="Arial" w:hAnsi="Arial" w:cs="Arial"/>
          <w:b w:val="0"/>
          <w:i w:val="0"/>
          <w:sz w:val="20"/>
        </w:rPr>
        <w:t>Cada integrante dobla una hoja en ocho y dibuja una versión distinta de la misma pantalla, un minuto por casilla. La restricción de tiempo es lo que impide autocensurarse.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2 · SELECCIÓN</w:t>
      </w:r>
    </w:p>
    <w:p>
      <w:r>
        <w:rPr>
          <w:rFonts w:ascii="Arial" w:hAnsi="Arial" w:cs="Arial"/>
          <w:b w:val="0"/>
          <w:i w:val="0"/>
          <w:sz w:val="20"/>
        </w:rPr>
        <w:t>Se pegan todas las hojas en la pared y cada quien marca con puntos las tres ideas que le parecen más prometedoras. Se discuten las más votadas y se eligen tres para desarrollar.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3 · PROTOTIPO EN PAPEL NAVEGABLE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Una hoja por pantalla, dibujada a mano.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Elementos móviles en post-it, para simular menús y estados.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Numerar las hojas y anotar a qué pantalla lleva cada botón.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4 · PRUEBA DE CONSERJE</w:t>
      </w:r>
    </w:p>
    <w:p>
      <w:r>
        <w:rPr>
          <w:rFonts w:ascii="Arial" w:hAnsi="Arial" w:cs="Arial"/>
          <w:b w:val="0"/>
          <w:i w:val="0"/>
          <w:sz w:val="20"/>
        </w:rPr>
        <w:t>Un integrante hace de computadora: cambia las hojas cuando el usuario «toca» un botón. No habla ni explica. Se anota cada vez que el usuario duda o toca algo que no es un control.</w:t>
      </w:r>
    </w:p>
    <w:p>
      <w:r>
        <w:rPr>
          <w:rFonts w:ascii="Arial" w:hAnsi="Arial" w:cs="Arial"/>
          <w:b w:val="0"/>
          <w:i w:val="0"/>
          <w:sz w:val="20"/>
        </w:rPr>
        <w:t>Esta técnica encuentra problemas de flujo en quince minutos que en código costarían días de corrección.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REGLAS DEL TALLER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usar la computadora. El papel es más rápido y produce mejor crítica.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discutir colores ni tipografías: hoy solo importa estructura y flujo.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Tres alternativas antes de elegir, siempre.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</w:t>
      </w:r>
    </w:p>
    <w:p>
      <w:r>
        <w:rPr>
          <w:rFonts w:ascii="Arial" w:hAnsi="Arial" w:cs="Arial"/>
          <w:b w:val="0"/>
          <w:i w:val="0"/>
          <w:sz w:val="20"/>
        </w:rPr>
        <w:t>Fotografías del prototipo en papel, notas de la prueba de conserje y la decisión de cuál alternativa se desarrolla.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