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26-08-26 Laboratorio de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26/08/2026  ·  10:00-11:40  ·  Sesión 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Taller: medición de interfaces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Aplicar las métricas del lunes sobre una interfaz real y obtener datos, no impresiones.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1 · DEFINIR TAREAS MEDIBLES</w:t>
      </w:r>
    </w:p>
    <w:p>
      <w:r>
        <w:rPr>
          <w:rFonts w:ascii="Arial" w:hAnsi="Arial" w:cs="Arial"/>
          <w:b w:val="0"/>
          <w:i w:val="0"/>
          <w:sz w:val="20"/>
        </w:rPr>
        <w:t>Elegir un sitio o aplicación y redactar tres tareas con inicio observable, final inequívoco y criterio de éxito escrito antes de medir.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Mal: «buscar información sobre el producto».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Bien: «localizar el precio del producto X y agregarlo al carrito».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2 · CAMINO MÍNIMO CONTRA CAMINO REAL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Determinar el número mínimo de pasos que exige cada tarea.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Pedir a un compañero que la ejecute sin ayuda, contando sus pasos reales.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Calcular la razón entre ambos. Un cociente alto señala fricción o navegación confusa.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3 · LEY DE FITTS EN LA PRÁCTICA</w:t>
      </w:r>
    </w:p>
    <w:p>
      <w:r>
        <w:rPr>
          <w:rFonts w:ascii="Arial" w:hAnsi="Arial" w:cs="Arial"/>
          <w:b w:val="0"/>
          <w:i w:val="0"/>
          <w:sz w:val="20"/>
        </w:rPr>
        <w:t>Medir el tamaño en píxeles y la distancia de los tres botones más usados de la interfaz elegida, y de los tres más peligrosos. Verificar si el diseño castiga o premia lo correcto.</w:t>
      </w:r>
    </w:p>
    <w:p>
      <w:r>
        <w:rPr>
          <w:rFonts w:ascii="Arial" w:hAnsi="Arial" w:cs="Arial"/>
          <w:b w:val="0"/>
          <w:i w:val="0"/>
          <w:sz w:val="20"/>
        </w:rPr>
        <w:t>La pregunta a responder: ¿el botón de eliminar está tan cerca y es tan grande como el de guardar? Si sí, es un defecto medible, no una opinión.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4 · LEY DE HICK</w:t>
      </w:r>
    </w:p>
    <w:p>
      <w:r>
        <w:rPr>
          <w:rFonts w:ascii="Arial" w:hAnsi="Arial" w:cs="Arial"/>
          <w:b w:val="0"/>
          <w:i w:val="0"/>
          <w:sz w:val="20"/>
        </w:rPr>
        <w:t>Contar las opciones del menú principal. Si son más de siete en un solo nivel, proponer una agrupación en dos niveles y estimar el efecto.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ENTREGABLE</w:t>
      </w:r>
    </w:p>
    <w:p>
      <w:r>
        <w:rPr>
          <w:rFonts w:ascii="Arial" w:hAnsi="Arial" w:cs="Arial"/>
          <w:b w:val="0"/>
          <w:i w:val="0"/>
          <w:sz w:val="20"/>
        </w:rPr>
        <w:t>Tabla con las tres tareas, tiempos, pasos mínimos y reales, y una conclusión sobre qué métrica reveló más.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