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12-08-26 Laboratorio de Interacción Humano-Computadora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miércoles 12/08/2026  ·  10:00-11:40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funciona el laboratorio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Miércoles: se aplica lo del lunes. Entregable por sesión, en equipo.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Proyecto del semestre: problema real, investigar, diseñar, prototipar, evaluar con usuarios, iterar, presentar.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Actividad: buena y mala interfaz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Sustentar con argumentos, no con gusto personal.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Preguntas guía: qué tarea resuelve, dónde está cada golfo, qué tan caro es equivocarse.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Discusión de cierre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¿Una interfaz puede ser objetivamente mejor que otra? Sí, y la unidad 2 enseña a medirlo.</w:t>
      </w:r>
    </w:p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1.- Elegir ya el tema del proyecto y con quién lo hago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2.- Revisar interfaces que uso diario y anotar qué me molesta de cada una</w:t>
      </w:r>
    </w:p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