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12-08-26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12/08/2026  ·  10:00-11:40  ·  Sesión 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Presentación del laboratorio · Primer análisis de interfaces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FUNCIONA EL LABORATORIO</w:t>
      </w:r>
    </w:p>
    <w:p>
      <w:r>
        <w:rPr>
          <w:rFonts w:ascii="Arial" w:hAnsi="Arial" w:cs="Arial"/>
          <w:b w:val="0"/>
          <w:i w:val="0"/>
          <w:sz w:val="20"/>
        </w:rPr>
        <w:t>El laboratorio de los miércoles aplica el tema visto el lunes. Se trabaja en equipo, se produce un entregable por sesión, y a lo largo del semestre se construye un proyecto que integra todo.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PROYECTO DEL SEMESTRE</w:t>
      </w:r>
    </w:p>
    <w:p>
      <w:r>
        <w:rPr>
          <w:rFonts w:ascii="Arial" w:hAnsi="Arial" w:cs="Arial"/>
          <w:b w:val="0"/>
          <w:i w:val="0"/>
          <w:sz w:val="20"/>
        </w:rPr>
        <w:t>Cada equipo elige un problema real de usuarios, investiga, diseña, prototipa, evalúa con usuarios reales e itera. Se presenta oralmente al final. Conviene ir pensando el tema desde hoy.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· BUENA Y MALA INTERFAZ</w:t>
      </w:r>
    </w:p>
    <w:p>
      <w:r>
        <w:rPr>
          <w:rFonts w:ascii="Arial" w:hAnsi="Arial" w:cs="Arial"/>
          <w:b w:val="0"/>
          <w:i w:val="0"/>
          <w:sz w:val="20"/>
        </w:rPr>
        <w:t>En equipos, elegir una interfaz que consideren buena y una mala, y sustentar el juicio con argumentos, no con gusto personal.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¿Qué tarea intenta resolver el usuario?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¿Dónde está el golfo de ejecución: cuesta expresar lo que se quiere?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¿Dónde está el golfo de evaluación: cuesta entender qué pasó?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¿Qué tan caro es equivocarse y qué tan fácil es deshacer?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· LAS DISCIPLINAS EN UN CASO CONCRETO</w:t>
      </w:r>
    </w:p>
    <w:p>
      <w:r>
        <w:rPr>
          <w:rFonts w:ascii="Arial" w:hAnsi="Arial" w:cs="Arial"/>
          <w:b w:val="0"/>
          <w:i w:val="0"/>
          <w:sz w:val="20"/>
        </w:rPr>
        <w:t>Tomar el cajero automático de la universidad e identificar qué aporta cada disciplina al análisis: qué diría un psicólogo cognitivo, qué un diseñador, qué un ergónomo y qué un ingeniero.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DISCUSIÓN</w:t>
      </w:r>
    </w:p>
    <w:p>
      <w:r>
        <w:rPr>
          <w:rFonts w:ascii="Arial" w:hAnsi="Arial" w:cs="Arial"/>
          <w:b w:val="0"/>
          <w:i w:val="0"/>
          <w:sz w:val="20"/>
        </w:rPr>
        <w:t>¿Es posible que una interfaz sea objetivamente mejor que otra, o todo es preferencia? La respuesta del curso es que sí es posible, y la próxima unidad enseña a medirlo.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Reporte breve por equipo con los dos análisis y una conclusión sobre qué hace que una interfaz sea buena.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