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06-11-26 Laboratorio de Arquitecturas Computacionales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LA116  ·  viernes 06/11/2026  ·  16:00-17:40  ·  Sesión 13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Práctica 6 · Integración del camino de datos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OBJETIVO DE LA PRÁCTICA</w:t>
      </w:r>
    </w:p>
    <w:p>
      <w:r>
        <w:rPr>
          <w:rFonts w:ascii="Arial" w:hAnsi="Arial" w:cs="Arial"/>
          <w:b w:val="0"/>
          <w:i w:val="0"/>
          <w:sz w:val="20"/>
        </w:rPr>
        <w:t>Descripción en Verilog e implementación en FPGA de una aplicación de un procesador RISC-V de 32 bits. Hoy se integran todos los bloques construidos.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LOS MÓDULOS A CONECTAR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Contador de programa y sumador de PC más cuatro, de la Práctica 1.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Memoria de instrucciones, de la Práctica 4.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Banco de registros, de la Práctica 1.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Generador de inmediato y unidad de control, de la Práctica 5.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ALU de 32 bits, de la Práctica 3.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Memoria de datos, de la Práctica 4.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Multiplexores de selección en cada punto de decisión.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ESTRATEGIA DE INTEGRACIÓN</w:t>
      </w:r>
    </w:p>
    <w:p>
      <w:r>
        <w:rPr>
          <w:rFonts w:ascii="Arial" w:hAnsi="Arial" w:cs="Arial"/>
          <w:b w:val="0"/>
          <w:i w:val="0"/>
          <w:sz w:val="20"/>
        </w:rPr>
        <w:t>Conectar por incrementos y verificar en cada paso. Integrar los siete módulos de una vez y depurar el conjunto es el camino más lento posible.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PC y memoria de instrucciones: verificar que se recorren las direcciones correctas.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Agregar decodificación y banco de registros: verificar que se leen los registros correctos.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Agregar la ALU: verificar las instrucciones tipo R.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4. Agregar la memoria de datos: verificar lw y sw.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5. Agregar la lógica de saltos: verificar beq y jal.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PROGRAMA DE PRUEBA</w:t>
      </w:r>
    </w:p>
    <w:p>
      <w:r>
        <w:rPr>
          <w:rFonts w:ascii="Arial" w:hAnsi="Arial" w:cs="Arial"/>
          <w:b w:val="0"/>
          <w:i w:val="0"/>
          <w:sz w:val="20"/>
        </w:rPr>
        <w:t>Escribir un programa corto que ejercite todos los tipos: cargar constantes, operar, guardar en memoria, leer de vuelta y saltar en un bucle. Un contador que suma los primeros diez enteros cubre casi todo.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DEPURACIÓN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Volcar en cada ciclo el PC, la instrucción y el banco de registros con $display.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Comparar ese volcado contra la ejecución del mismo programa en un simulador de RISC-V.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La primera divergencia entre ambos marca exactamente la instrucción con el error.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ERRORES FRECUENTES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Índice de la ROM sin descartar los dos bits bajos de la dirección.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x0 no cableado a cero, lo que rompe todas las pseudoinstrucciones.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Inmediato de tipo B mal reordenado, lo que hace que los saltos caigan en direcciones equivocadas.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Confundir asignación bloqueante y no bloqueante en el registro del PC.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PARA LA PRÓXIMA SESIÓN</w:t>
      </w:r>
    </w:p>
    <w:p>
      <w:r>
        <w:rPr>
          <w:rFonts w:ascii="Arial" w:hAnsi="Arial" w:cs="Arial"/>
          <w:b w:val="0"/>
          <w:i w:val="0"/>
          <w:sz w:val="20"/>
        </w:rPr>
        <w:t>Implementación en FPGA y entrega de la Práctica 6.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