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30-10-26 Laboratorio de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30/10/2026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