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25-09-26 Laboratorio de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LA116  ·  viernes 25/09/2026  ·  16:00-17:40  ·  Sesión 7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Práctica 3 · ALU para procesador RISC-V de 32 bits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 DE LA PRÁCTICA</w:t>
      </w:r>
    </w:p>
    <w:p>
      <w:r>
        <w:rPr>
          <w:rFonts w:ascii="Arial" w:hAnsi="Arial" w:cs="Arial"/>
          <w:b w:val="0"/>
          <w:i w:val="0"/>
          <w:sz w:val="20"/>
        </w:rPr>
        <w:t>Descripción en Verilog y simulación de una Unidad Lógica-Aritmética para un procesador RISC-V de 32 bits.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REPERTORIO BASE RV32I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32 registros de 32 bits, con x0 cableado a cero.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Instrucciones de 32 bits de longitud fija.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Arquitectura de carga y almacenamiento.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Formatos R, I, S, B, U y J.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OPERACIONES QUE DEBE SOPORTAR LA ALU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ADD y SUB.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AND, OR, XOR.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SLL, SRL y SRA — desplazamientos lógico izquierdo, lógico derecho y aritmético derecho.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SLT y SLTU — comparación con signo y sin signo.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DIFERENCIA ENTRE SRL Y SRA</w:t>
      </w:r>
    </w:p>
    <w:p>
      <w:r>
        <w:rPr>
          <w:rFonts w:ascii="Arial" w:hAnsi="Arial" w:cs="Arial"/>
          <w:b w:val="0"/>
          <w:i w:val="0"/>
          <w:sz w:val="20"/>
        </w:rPr>
        <w:t>SRL rellena con ceros; SRA replica el bit de signo. En Verilog el operador &gt;&gt; es lógico y &gt;&gt;&gt; es aritmético, pero &gt;&gt;&gt; solo funciona si el operando está declarado signed. Es una trampa habitual: si el dato es un reg sin signo, &gt;&gt;&gt; se comporta como &gt;&gt;.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SLT Y SLTU</w:t>
      </w:r>
    </w:p>
    <w:p>
      <w:r>
        <w:rPr>
          <w:rFonts w:ascii="Arial" w:hAnsi="Arial" w:cs="Arial"/>
          <w:b w:val="0"/>
          <w:i w:val="0"/>
          <w:sz w:val="20"/>
        </w:rPr>
        <w:t>SLT compara con signo y SLTU sin signo. Con los mismos bits el resultado difiere: 0xFFFFFFFF es −1 con signo y 4 294 967 295 sin signo. Hay que declarar explícitamente $signed() donde corresponda.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DESPLAZADOR DE BARRIL</w:t>
      </w:r>
    </w:p>
    <w:p>
      <w:r>
        <w:rPr>
          <w:rFonts w:ascii="Arial" w:hAnsi="Arial" w:cs="Arial"/>
          <w:b w:val="0"/>
          <w:i w:val="0"/>
          <w:sz w:val="20"/>
        </w:rPr>
        <w:t>Desplazar hasta 31 posiciones en un ciclo requiere cinco capas de multiplexores, una por bit del conteo. En Verilog basta escribir el operador y la herramienta lo infiere, pero conviene entender qué hardware se está pidiendo: no es gratis.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CODIFICACIÓN DEL CONTROL DE LA ALU</w:t>
      </w:r>
    </w:p>
    <w:p>
      <w:r>
        <w:rPr>
          <w:rFonts w:ascii="Arial" w:hAnsi="Arial" w:cs="Arial"/>
          <w:b w:val="0"/>
          <w:i w:val="0"/>
          <w:sz w:val="20"/>
        </w:rPr>
        <w:t>Definir un código de operación de cuatro bits y documentar la tabla. Ese código lo generará la unidad de control en la Práctica 5, así que conviene fijarlo ahora y no cambiarlo después.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PARA LA PRÓXIMA SESIÓN</w:t>
      </w:r>
    </w:p>
    <w:p>
      <w:r>
        <w:rPr>
          <w:rFonts w:ascii="Arial" w:hAnsi="Arial" w:cs="Arial"/>
          <w:b w:val="0"/>
          <w:i w:val="0"/>
          <w:sz w:val="20"/>
        </w:rPr>
        <w:t>Simulación exhaustiva y entrega.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