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18-09-26 Laboratorio de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18/09/2026  ·  16:00-17:40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Práctica 2 · Implementación en FPGA y entrega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Llevar la ALU de 4 bits a la tarjeta y documentar las mediciones.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INTERFAZ FÍSICA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Operandos desde interruptores, o desde registros cargados con botones si no hay suficientes interruptores.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Código de operación desde interruptores.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Resultado en LED y también en display de siete segmentos, en hexadecimal.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Banderas en LED dedicados y etiquetados.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DECODIFICADOR HEXADECIMAL</w:t>
      </w:r>
    </w:p>
    <w:p>
      <w:r>
        <w:rPr>
          <w:rFonts w:ascii="Arial" w:hAnsi="Arial" w:cs="Arial"/>
          <w:b w:val="0"/>
          <w:i w:val="0"/>
          <w:sz w:val="20"/>
        </w:rPr>
        <w:t>Para mostrar el resultado de 4 bits en un display hace falta un decodificador de 0 a F. Verificar primero si el display es de ánodo o de cátodo común: es el error más frecuente de la sesión.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MEDICIONES A DOCUMENTAR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Elementos lógicos y registros utilizados, del reporte de síntesis.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Frecuencia máxima reportada por el analizador de tiempos.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Camino crítico: entre qué puntos está y qué operación lo determina.</w:t>
      </w:r>
    </w:p>
    <w:p>
      <w:r>
        <w:rPr>
          <w:rFonts w:ascii="Arial" w:hAnsi="Arial" w:cs="Arial"/>
          <w:b w:val="0"/>
          <w:i w:val="0"/>
          <w:sz w:val="20"/>
        </w:rPr>
        <w:t>Casi siempre el camino crítico pasa por el sumador. Comprobarlo con el reporte y explicarlo en las conclusiones es exactamente lo que pide el criterio de comparación teórico-práctica de la rúbrica.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COMPARACIÓN DE ESTRUCTURAS DE SUMADOR</w:t>
      </w:r>
    </w:p>
    <w:p>
      <w:r>
        <w:rPr>
          <w:rFonts w:ascii="Arial" w:hAnsi="Arial" w:cs="Arial"/>
          <w:b w:val="0"/>
          <w:i w:val="0"/>
          <w:sz w:val="20"/>
        </w:rPr>
        <w:t>Como ejercicio adicional, describir el sumador de acarreo serie explícitamente y compararlo contra la versión con el operador +. En FPGA la segunda suele ganar porque la herramienta usa la cadena de acarreo dedicada del dispositivo.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 DE LA PRÁCTICA 2</w:t>
      </w:r>
    </w:p>
    <w:p>
      <w:r>
        <w:rPr>
          <w:rFonts w:ascii="Arial" w:hAnsi="Arial" w:cs="Arial"/>
          <w:b w:val="0"/>
          <w:i w:val="0"/>
          <w:sz w:val="20"/>
        </w:rPr>
        <w:t>Reporte con esquemáticos, tabla de operaciones verificadas, banderas comprobadas en los ocho casos, mediciones de recursos y frecuencia, y conclusiones.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