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11-09-26 Laboratorio de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11/09/2026  ·  16:00-17:40  ·  Sesión 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2 · Unidad Lógica-Aritmética de 4 bits: diseño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 DE LA PRÁCTICA</w:t>
      </w:r>
    </w:p>
    <w:p>
      <w:r>
        <w:rPr>
          <w:rFonts w:ascii="Arial" w:hAnsi="Arial" w:cs="Arial"/>
          <w:b w:val="0"/>
          <w:i w:val="0"/>
          <w:sz w:val="20"/>
        </w:rPr>
        <w:t>Descripción en Verilog e implementación en FPGA de una Unidad Lógica-Aritmética de 4 bits básica.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OPERACIONES A IMPLEMENTAR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Suma y resta en complemento a 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AND, OR, XOR y NOT bit a bit.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Desplazamiento a la izquierda y a la derecha.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Comparación, que se implementa como resta y lectura de banderas.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ESTRUCTURA</w:t>
      </w:r>
    </w:p>
    <w:p>
      <w:r>
        <w:rPr>
          <w:rFonts w:ascii="Arial" w:hAnsi="Arial" w:cs="Arial"/>
          <w:b w:val="0"/>
          <w:i w:val="0"/>
          <w:sz w:val="20"/>
        </w:rPr>
        <w:t>La ALU se construye calculando todas las operaciones en paralelo y seleccionando la salida con un multiplexor gobernado por el código de operación. En hardware calcular de más es barato; decidir antes de calcular cuesta latencia.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SUMADOR-RESTADOR ÚNICO</w:t>
      </w:r>
    </w:p>
    <w:p>
      <w:r>
        <w:rPr>
          <w:rFonts w:ascii="Arial" w:hAnsi="Arial" w:cs="Arial"/>
          <w:b w:val="0"/>
          <w:i w:val="0"/>
          <w:sz w:val="20"/>
        </w:rPr>
        <w:t>A − B = A + ~B + 1. Se invierte B con XOR contra la señal de resta y se usa esa misma señal como acarreo de entrada. Un solo sumador hace ambas operaciones.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assign {cout, sum} = a + (b ^ {4{sub}}) + sub;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BANDERAS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Z — resultado cero: assign z = (result == 0);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 — negativo: el bit más significativo del resultado.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 — acarreo de salida, válido para aritmética sin signo.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 — desbordamiento con signo: XOR entre el acarreo de entrada y el de salida del bit más significativo.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ERROR CLÁSICO DE LAS BANDERAS</w:t>
      </w:r>
    </w:p>
    <w:p>
      <w:r>
        <w:rPr>
          <w:rFonts w:ascii="Arial" w:hAnsi="Arial" w:cs="Arial"/>
          <w:b w:val="0"/>
          <w:i w:val="0"/>
          <w:sz w:val="20"/>
        </w:rPr>
        <w:t>Usar el acarreo para detectar desbordamiento con signo. No funciona: son condiciones distintas. Con 4 bits, 7 + 1 da −8, hay desbordamiento con signo y no hay acarreo. Conviene tabular los ocho casos y verificarlos.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</w:t>
      </w:r>
    </w:p>
    <w:p>
      <w:r>
        <w:rPr>
          <w:rFonts w:ascii="Arial" w:hAnsi="Arial" w:cs="Arial"/>
          <w:b w:val="0"/>
          <w:i w:val="0"/>
          <w:sz w:val="20"/>
        </w:rPr>
        <w:t>Con 4 bits hay 256 pares de operandos por operación: la prueba puede ser exhaustiva. Generar los valores esperados en Python y compararlos automáticamente en el testbench.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LA PRÓXIMA SESIÓN</w:t>
      </w:r>
    </w:p>
    <w:p>
      <w:r>
        <w:rPr>
          <w:rFonts w:ascii="Arial" w:hAnsi="Arial" w:cs="Arial"/>
          <w:b w:val="0"/>
          <w:i w:val="0"/>
          <w:sz w:val="20"/>
        </w:rPr>
        <w:t>Implementación en FPGA y entrega.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