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21-08-26 Laboratorio de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21/08/2026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