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22-10-26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22/10/2026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