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13-08-26 Arquitecturas Computacionales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13/08/2026  ·  16:00-17:40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es arquitectura de computadoras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ISA: lo que ve el programador (instrucciones, registros, direccionamiento). Contrato hardware-software.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Microarquitectura: cómo se implementa (segmentación, cachés, unidades funcionales).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Realización: la implementación física.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Dos procesadores pueden compartir ISA y tener microarquitectura distinta. Por eso corre software viejo.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Niveles de abstracción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Transistores → compuertas → bloques → microarquitectura → ISA → SO → aplicaciones.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Comparar arquitecturas clásicas y modernas, diseñar y simular componentes, evaluar rendimiento, usar HDL.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ecuación del rendimiento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Tiempo = nº instrucciones × ciclos por instrucción × tiempo de ciclo.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Toda mejora ataca uno de los tres factores y casi siempre empeora otro. Esto va a regir todo el curso.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Herramientas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Nand2Tetris, Tinkercad, EDA Playground. Canales: CrashCourse CS y Ben Eater.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Logística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Jueves 16:00-17:40 HU413, laboratorio viernes LA116. Asesorías viernes 15-16.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Tareas 15%, 3 exámenes 30%, 6 prácticas 30%, proyecto 25%.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Parciales: 10 sep, 8 oct, 5 nov. Proyecto: 23 al 27 de noviembre.</w:t>
      </w:r>
    </w:p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1.- Empezar nand2tetris por mi cuenta, aunque sea los primeros capítulos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2.- Ver la serie de Ben Eater de construir una computadora desde cero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3.- Investigar por qué RISC-V es abierto y qué implica eso</w:t>
      </w:r>
    </w:p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