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24-11-26 Ecuaciones Diferenciales Ordinarias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24/11/2026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