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12-11-26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12/11/2026  ·  13:00-14:15  ·  Sesión 28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Transformadas de integrales · Convolución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CONVOLUCIÓN</w:t>
      </w:r>
    </w:p>
    <w:p>
      <w:r>
        <w:rPr>
          <w:rFonts w:ascii="Arial" w:hAnsi="Arial" w:cs="Arial"/>
          <w:b w:val="0"/>
          <w:i w:val="0"/>
          <w:sz w:val="20"/>
        </w:rPr>
        <w:t>(f∗g)(t) = ∫₀^t f(τ)g(t−τ)dτ. Es una operación entre dos funciones que produce una tercera; no es el producto ordinario.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TEOREMA DE CONVOLUCIÓN</w:t>
      </w:r>
    </w:p>
    <w:p>
      <w:r>
        <w:rPr>
          <w:rFonts w:ascii="Arial" w:hAnsi="Arial" w:cs="Arial"/>
          <w:b w:val="0"/>
          <w:i w:val="0"/>
          <w:sz w:val="20"/>
        </w:rPr>
        <w:t>ℒ{f∗g} = F(s)·G(s). El producto en el dominio de s corresponde a la convolución en el tiempo, no al producto en el tiempo.</w:t>
      </w:r>
    </w:p>
    <w:p>
      <w:r>
        <w:rPr>
          <w:rFonts w:ascii="Arial" w:hAnsi="Arial" w:cs="Arial"/>
          <w:b w:val="0"/>
          <w:i w:val="0"/>
          <w:sz w:val="20"/>
        </w:rPr>
        <w:t>Esa distinción es la que hay que retener: ℒ{f·g} ≠ F(s)·G(s). Es un error muy común y produce respuestas completamente equivocadas.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QUÉ SE USA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Invertir productos F(s)G(s) sin descomponer en fracciones parciales.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Resolver ecuaciones integrales de Volterra.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Expresar la respuesta de un sistema lineal a una entrada arbitraria.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TRANSFORMADA DE UNA INTEGRAL</w:t>
      </w:r>
    </w:p>
    <w:p>
      <w:r>
        <w:rPr>
          <w:rFonts w:ascii="Arial" w:hAnsi="Arial" w:cs="Arial"/>
          <w:b w:val="0"/>
          <w:i w:val="0"/>
          <w:sz w:val="20"/>
        </w:rPr>
        <w:t>ℒ{∫₀^t f(τ)dτ} = F(s)/s. Es el caso particular de la convolución con g = 1: integrar en el tiempo equivale a dividir entre 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FUNCIÓN DE TRANSFERENCIA</w:t>
      </w:r>
    </w:p>
    <w:p>
      <w:r>
        <w:rPr>
          <w:rFonts w:ascii="Arial" w:hAnsi="Arial" w:cs="Arial"/>
          <w:b w:val="0"/>
          <w:i w:val="0"/>
          <w:sz w:val="20"/>
        </w:rPr>
        <w:t>Si Y(s) = H(s)X(s), entonces y(t) = (h∗x)(t): la salida de un sistema lineal es la convolución de la entrada con la respuesta al impulso. Esta idea es el fundamento de sistemas y señales, y de todo el control clásico.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7.4, segunda parte.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