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15-10-26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15/10/2026  ·  13:00-14:15  ·  Sesión 20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Transformada de Laplace · Definición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LA DEFINICIÓN</w:t>
      </w:r>
    </w:p>
    <w:p>
      <w:r>
        <w:rPr>
          <w:rFonts w:ascii="Arial" w:hAnsi="Arial" w:cs="Arial"/>
          <w:b w:val="0"/>
          <w:i w:val="0"/>
          <w:sz w:val="20"/>
        </w:rPr>
        <w:t>ℒ{f(t)} = F(s) = ∫₀^∞ e^(−st)f(t)dt, siempre que la integral converja. Es una integral impropia con parámetro: convierte una función de t en una función de 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POR QUÉ SIRVE</w:t>
      </w:r>
    </w:p>
    <w:p>
      <w:r>
        <w:rPr>
          <w:rFonts w:ascii="Arial" w:hAnsi="Arial" w:cs="Arial"/>
          <w:b w:val="0"/>
          <w:i w:val="0"/>
          <w:sz w:val="20"/>
        </w:rPr>
        <w:t>Transforma la derivación en multiplicación. Una ecuación diferencial en t se vuelve una ecuación algebraica en s, se despeja, y se regresa. Es el mismo principio del logaritmo, que convierte productos en sumas.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TRANSFORMADAS BÁSICAS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ℒ{1} = 1/s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ℒ{t^n} = n!/s^(n+1)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ℒ{e^(at)} = 1/(s−a)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ℒ{sen kt} = k/(s²+k²)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ℒ{cos kt} = s/(s²+k²)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LINEALIDAD</w:t>
      </w:r>
    </w:p>
    <w:p>
      <w:r>
        <w:rPr>
          <w:rFonts w:ascii="Arial" w:hAnsi="Arial" w:cs="Arial"/>
          <w:b w:val="0"/>
          <w:i w:val="0"/>
          <w:sz w:val="20"/>
        </w:rPr>
        <w:t>ℒ{αf + βg} = αℒ{f} + βℒ{g}. Con la linealidad y la tabla se transforma casi cualquier función del curso sin volver a integrar.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CONDICIONES DE EXISTENCIA</w:t>
      </w:r>
    </w:p>
    <w:p>
      <w:r>
        <w:rPr>
          <w:rFonts w:ascii="Arial" w:hAnsi="Arial" w:cs="Arial"/>
          <w:b w:val="0"/>
          <w:i w:val="0"/>
          <w:sz w:val="20"/>
        </w:rPr>
        <w:t>Si f es continua por tramos en [0,∞) y de orden exponencial —es decir, |f(t)| ≤ Me^(ct) para t grande—, la transformada existe para s &gt; c. Casi todo lo de ingeniería cumple ambas.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LA HACE DISTINTA</w:t>
      </w:r>
    </w:p>
    <w:p>
      <w:r>
        <w:rPr>
          <w:rFonts w:ascii="Arial" w:hAnsi="Arial" w:cs="Arial"/>
          <w:b w:val="0"/>
          <w:i w:val="0"/>
          <w:sz w:val="20"/>
        </w:rPr>
        <w:t>Acepta funciones discontinuas. Un interruptor que se cierra en t = 5 o un impulso instantáneo no se manejan bien con los métodos anteriores y aquí son rutina.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EJERCICIOS</w:t>
      </w:r>
    </w:p>
    <w:p>
      <w:r>
        <w:rPr>
          <w:rFonts w:ascii="Arial" w:hAnsi="Arial" w:cs="Arial"/>
          <w:b w:val="0"/>
          <w:i w:val="0"/>
          <w:sz w:val="20"/>
        </w:rPr>
        <w:t>Zill, sección 7.1: calcular transformadas por definición y luego verificar con tabla.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