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22-09-26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22/09/2026  ·  13:00-14:15  ·  Sesión 13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Ecuaciones homogéneas con coeficientes constantes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ECUACIÓN AUXILIAR</w:t>
      </w:r>
    </w:p>
    <w:p>
      <w:r>
        <w:rPr>
          <w:rFonts w:ascii="Arial" w:hAnsi="Arial" w:cs="Arial"/>
          <w:b w:val="0"/>
          <w:i w:val="0"/>
          <w:sz w:val="20"/>
        </w:rPr>
        <w:t>Para ay'' + by' + cy = 0 se propone y = e^(mx). Al sustituir queda e^(mx)(am² + bm + c) = 0, y como la exponencial nunca es cero, todo se reduce a resolver am² + bm + c = 0.</w:t>
      </w:r>
    </w:p>
    <w:p>
      <w:r>
        <w:rPr>
          <w:rFonts w:ascii="Arial" w:hAnsi="Arial" w:cs="Arial"/>
          <w:b w:val="0"/>
          <w:i w:val="0"/>
          <w:sz w:val="20"/>
        </w:rPr>
        <w:t>Una ecuación diferencial se convirtió en una ecuación algebraica. Ese es el aporte del método y por eso las de coeficientes constantes son las más fáciles.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LOS TRES CASOS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Raíces reales distintas m₁ ≠ m₂:  y = c₁e^(m₁x) + c₂e^(m₂x).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Raíz real repetida m:  y = c₁e^(mx) + c₂xe^(mx).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Raíces complejas α ± βi:  y = e^(αx)(c₁cos βx + c₂sen βx).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y'' − 5y' + 6y = 0 → m² − 5m + 6 = 0 → m = 2, 3 → y = c₁e^(2x) + c₂e^(3x).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y'' + 4y' + 4y = 0 → (m+2)² = 0 → y = c₁e^(−2x) + c₂xe^(−2x).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y'' + 9y = 0 → m = ±3i → y = c₁cos3x + c₂sen3x.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ORDEN SUPERIOR</w:t>
      </w:r>
    </w:p>
    <w:p>
      <w:r>
        <w:rPr>
          <w:rFonts w:ascii="Arial" w:hAnsi="Arial" w:cs="Arial"/>
          <w:b w:val="0"/>
          <w:i w:val="0"/>
          <w:sz w:val="20"/>
        </w:rPr>
        <w:t>Para orden n la ecuación auxiliar es de grado n. Una raíz de multiplicidad k aporta e^(mx), xe^(mx), …, x^(k−1)e^(mx). Las complejas siempre aparecen en pares conjugados.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INTERPRETACIÓN</w:t>
      </w:r>
    </w:p>
    <w:p>
      <w:r>
        <w:rPr>
          <w:rFonts w:ascii="Arial" w:hAnsi="Arial" w:cs="Arial"/>
          <w:b w:val="0"/>
          <w:i w:val="0"/>
          <w:sz w:val="20"/>
        </w:rPr>
        <w:t>Las raíces reales negativas dan decaimiento; las complejas puras dan oscilación pura; las complejas con parte real negativa dan oscilación amortiguada. Esa lectura será literalmente la física de las vibraciones mecánicas.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4.3.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