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27-08-26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27/08/2026  ·  13:00-14:15  ·  Sesión 6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Ecuaciones lineales de primer orden · Factor integrante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FORMA ESTÁNDAR</w:t>
      </w:r>
    </w:p>
    <w:p>
      <w:r>
        <w:rPr>
          <w:rFonts w:ascii="Arial" w:hAnsi="Arial" w:cs="Arial"/>
          <w:b w:val="0"/>
          <w:i w:val="0"/>
          <w:sz w:val="20"/>
        </w:rPr>
        <w:t>dy/dx + P(x)y = f(x). Antes de cualquier cosa hay que llevar la ecuación a esta forma: el coeficiente de dy/dx debe ser 1.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FACTOR INTEGRANTE</w:t>
      </w:r>
    </w:p>
    <w:p>
      <w:r>
        <w:rPr>
          <w:rFonts w:ascii="Arial" w:hAnsi="Arial" w:cs="Arial"/>
          <w:b w:val="0"/>
          <w:i w:val="0"/>
          <w:sz w:val="20"/>
        </w:rPr>
        <w:t>Se multiplica toda la ecuación por μ(x) = e^(∫P(x)dx). El truco es que el lado izquierdo se convierte exactamente en la derivada de un producto.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μy' + μPy = μf  →  d/dx[μ(x)·y] = μ(x)f(x)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integra: μ(x)y = ∫μ(x)f(x)dx + C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 despeja: y = (1/μ(x))·[∫μ(x)f(x)dx + C]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EJEMPLO</w:t>
      </w:r>
    </w:p>
    <w:p>
      <w:r>
        <w:rPr>
          <w:rFonts w:ascii="Arial" w:hAnsi="Arial" w:cs="Arial"/>
          <w:b w:val="0"/>
          <w:i w:val="0"/>
          <w:sz w:val="20"/>
        </w:rPr>
        <w:t>y' + 2y = e^x. Aquí P = 2, así que μ = e^(2x). Multiplicando: d/dx[e^(2x)y] = e^(3x). Integrando: e^(2x)y = e^(3x)/3 + C. Por lo tanto y = e^x/3 + Ce^(−2x).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ESTRUCTURA DE LA SOLUCIÓN</w:t>
      </w:r>
    </w:p>
    <w:p>
      <w:r>
        <w:rPr>
          <w:rFonts w:ascii="Arial" w:hAnsi="Arial" w:cs="Arial"/>
          <w:b w:val="0"/>
          <w:i w:val="0"/>
          <w:sz w:val="20"/>
        </w:rPr>
        <w:t>Observa que la solución tiene dos partes: una que depende de f(x) y otra que decae con la constante. Esa separación entre respuesta forzada y respuesta natural reaparecerá en toda la unidad 2 y en circuitos eléctricos.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ERRORES FRECUENTES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Aplicar la fórmula sin normalizar primero el coeficiente de y'.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Incluir constante al calcular ∫P dx (no hace falta, se absorbe).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Olvidar multiplicar el lado derecho por μ.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2.3.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