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18-08-26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18/08/2026  ·  13:00-14:15  ·  Sesión 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Problemas de valor inicial · Existencia y unicidad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 DE LA TERMINOLOGÍA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Orden — el de la derivada más alta. y'' + 3y' = x es de orden 2.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Lineal — la incógnita y sus derivadas aparecen a la primera potencia y sin multiplicarse entre sí. Los coeficientes pueden depender de x, nunca de y.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Forma general lineal de orden n: aₙ(x)y⁽ⁿ⁾ + … + a₁(x)y' + a₀(x)y = g(x).</w:t>
      </w:r>
    </w:p>
    <w:p>
      <w:r>
        <w:rPr>
          <w:rFonts w:ascii="Arial" w:hAnsi="Arial" w:cs="Arial"/>
          <w:b w:val="0"/>
          <w:i w:val="0"/>
          <w:sz w:val="20"/>
        </w:rPr>
        <w:t>Prueba rápida de linealidad: y·y' no es lineal, y' + x²y sí lo es. sen(y) no es lineal; sen(x)·y sí.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PROBLEMA DE VALOR INICIAL</w:t>
      </w:r>
    </w:p>
    <w:p>
      <w:r>
        <w:rPr>
          <w:rFonts w:ascii="Arial" w:hAnsi="Arial" w:cs="Arial"/>
          <w:b w:val="0"/>
          <w:i w:val="0"/>
          <w:sz w:val="20"/>
        </w:rPr>
        <w:t>Una ED tiene infinitas soluciones —una familia con constantes arbitrarias—. Una condición inicial selecciona una sola de esa familia.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PVI de primer orden: dy/dx = f(x,y), con y(x₀) = y₀.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solución general lleva n constantes; hacen falta n condiciones para fijarlas todas.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TEOREMA DE EXISTENCIA Y UNICIDAD</w:t>
      </w:r>
    </w:p>
    <w:p>
      <w:r>
        <w:rPr>
          <w:rFonts w:ascii="Arial" w:hAnsi="Arial" w:cs="Arial"/>
          <w:b w:val="0"/>
          <w:i w:val="0"/>
          <w:sz w:val="20"/>
        </w:rPr>
        <w:t>Si f(x,y) y ∂f/∂y son continuas en un rectángulo R que contiene al punto (x₀,y₀), entonces existe un intervalo alrededor de x₀ donde el PVI tiene solución única.</w:t>
      </w:r>
    </w:p>
    <w:p>
      <w:r>
        <w:rPr>
          <w:rFonts w:ascii="Arial" w:hAnsi="Arial" w:cs="Arial"/>
          <w:b w:val="0"/>
          <w:i w:val="0"/>
          <w:sz w:val="20"/>
        </w:rPr>
        <w:t>Lo importante: es una condición suficiente, no necesaria. Que falle no significa que no haya solución; significa que el teorema no dice nada.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IMPORTA ANTES DE RESOLVER</w:t>
      </w:r>
    </w:p>
    <w:p>
      <w:r>
        <w:rPr>
          <w:rFonts w:ascii="Arial" w:hAnsi="Arial" w:cs="Arial"/>
          <w:b w:val="0"/>
          <w:i w:val="0"/>
          <w:sz w:val="20"/>
        </w:rPr>
        <w:t>Verificar el teorema antes de calcular evita perseguir soluciones que no existen o creer que se encontró «la» solución cuando hay varias. En ingeniería, un modelo sin unicidad suele señalar que al modelo le falta una restricción física.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 SUGERIDOS</w:t>
      </w:r>
    </w:p>
    <w:p>
      <w:r>
        <w:rPr>
          <w:rFonts w:ascii="Arial" w:hAnsi="Arial" w:cs="Arial"/>
          <w:b w:val="0"/>
          <w:i w:val="0"/>
          <w:sz w:val="20"/>
        </w:rPr>
        <w:t>Zill, sección 1.2: verificar existencia y unicidad en varios PVI e identificar dónde falla la hipótesis.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