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13-08-26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13/08/2026  ·  13:00-14:15  ·  Sesión 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Clasificación, verificación de soluciones y modelado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 DE CLASIFICACIÓN</w:t>
      </w:r>
    </w:p>
    <w:p>
      <w:r>
        <w:rPr>
          <w:rFonts w:ascii="Arial" w:hAnsi="Arial" w:cs="Arial"/>
          <w:b w:val="0"/>
          <w:i w:val="0"/>
          <w:sz w:val="20"/>
        </w:rPr>
        <w:t>Antes de aprender métodos hay que saber reconocer con qué se trata. Clasificar rápido y bien es lo que después permite elegir el método correcto en el examen.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¿Ordinaria o parcial?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¿Cuál es el orden?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¿Es lineal o no lineal?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¿Es homogénea, es decir, el término independiente es cero?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FAMILIAS DE SOLUCIONES</w:t>
      </w:r>
    </w:p>
    <w:p>
      <w:r>
        <w:rPr>
          <w:rFonts w:ascii="Arial" w:hAnsi="Arial" w:cs="Arial"/>
          <w:b w:val="0"/>
          <w:i w:val="0"/>
          <w:sz w:val="20"/>
        </w:rPr>
        <w:t>La solución general de una ED de primer orden es una familia de curvas con un parámetro. Graficarlas para varios valores de la constante hace visible qué significa «familia»: son curvas que no se cruzan y llenan la región.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CAMPOS DIRECCIONALES</w:t>
      </w:r>
    </w:p>
    <w:p>
      <w:r>
        <w:rPr>
          <w:rFonts w:ascii="Arial" w:hAnsi="Arial" w:cs="Arial"/>
          <w:b w:val="0"/>
          <w:i w:val="0"/>
          <w:sz w:val="20"/>
        </w:rPr>
        <w:t>Para y' = f(x,y), en cada punto del plano se dibuja un segmento con pendiente f(x,y). Las soluciones son las curvas tangentes a esos segmentos en todo punto.</w:t>
      </w:r>
    </w:p>
    <w:p>
      <w:r>
        <w:rPr>
          <w:rFonts w:ascii="Arial" w:hAnsi="Arial" w:cs="Arial"/>
          <w:b w:val="0"/>
          <w:i w:val="0"/>
          <w:sz w:val="20"/>
        </w:rPr>
        <w:t>Es una herramienta valiosa: permite ver el comportamiento cualitativo de las soluciones sin resolver la ecuación. Hay ecuaciones que no se pueden resolver analíticamente y cuyo campo direccional dice todo lo que hace falta saber.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SOLUCIONES DE EQUILIBRIO</w:t>
      </w:r>
    </w:p>
    <w:p>
      <w:r>
        <w:rPr>
          <w:rFonts w:ascii="Arial" w:hAnsi="Arial" w:cs="Arial"/>
          <w:b w:val="0"/>
          <w:i w:val="0"/>
          <w:sz w:val="20"/>
        </w:rPr>
        <w:t>Si y' = f(y) y f(c) = 0, entonces y = c es una solución constante. Las soluciones cercanas se acercan o se alejan de ella, y eso la vuelve estable o inestable. Es el primer análisis cualitativo del curso.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TRADUCIR UN ENUNCIADO A UNA ECUACIÓN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«La razón de cambio de P es proporcional a P» → dP/dt = kP.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«…es proporcional a la diferencia entre T y la temperatura ambiente» → dT/dt = k(T − Tₘ).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«…es proporcional al producto de P y M − P» → dP/dt = kP(M − P).</w:t>
      </w:r>
    </w:p>
    <w:p>
      <w:r>
        <w:rPr>
          <w:rFonts w:ascii="Arial" w:hAnsi="Arial" w:cs="Arial"/>
          <w:b w:val="0"/>
          <w:i w:val="0"/>
          <w:sz w:val="20"/>
        </w:rPr>
        <w:t>La palabra «proporcional» siempre introduce una constante k que hay que nombrar y determinar después con los datos.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1.1: clasificar y verificar soluciones. Sección 1.2 para campos direccionales. Practicar veinte ecuaciones solo clasificándolas, sin resolver.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