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11/08/2026  ·  13:00-14:15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Definiciones y terminología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PRESENTACIÓN DEL CURSO</w:t>
      </w:r>
    </w:p>
    <w:p>
      <w:r>
        <w:rPr>
          <w:rFonts w:ascii="Arial" w:hAnsi="Arial" w:cs="Arial"/>
          <w:b w:val="0"/>
          <w:i w:val="0"/>
          <w:sz w:val="20"/>
        </w:rPr>
        <w:t>El objetivo es aplicar las técnicas clásicas de solución de ecuaciones diferenciales ordinarias a problemas prácticos. El libro de texto es Zill, Ecuaciones Diferenciales con aplicaciones de modelado, 11ª edición, Cengage.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UNA ECUACIÓN DIFERENCIAL</w:t>
      </w:r>
    </w:p>
    <w:p>
      <w:r>
        <w:rPr>
          <w:rFonts w:ascii="Arial" w:hAnsi="Arial" w:cs="Arial"/>
          <w:b w:val="0"/>
          <w:i w:val="0"/>
          <w:sz w:val="20"/>
        </w:rPr>
        <w:t>Una ecuación que relaciona una función desconocida con sus derivadas. La incógnita no es un número: es una función.</w:t>
      </w:r>
    </w:p>
    <w:p>
      <w:r>
        <w:rPr>
          <w:rFonts w:ascii="Arial" w:hAnsi="Arial" w:cs="Arial"/>
          <w:b w:val="0"/>
          <w:i w:val="0"/>
          <w:sz w:val="20"/>
        </w:rPr>
        <w:t>Es la diferencia con todo el álgebra previa. Resolver x² − 4 = 0 da x = ±2; resolver y' = y da y = Ceˣ, una familia infinita de funciones.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APARECEN EN TODAS PARTES</w:t>
      </w:r>
    </w:p>
    <w:p>
      <w:r>
        <w:rPr>
          <w:rFonts w:ascii="Arial" w:hAnsi="Arial" w:cs="Arial"/>
          <w:b w:val="0"/>
          <w:i w:val="0"/>
          <w:sz w:val="20"/>
        </w:rPr>
        <w:t>Porque las leyes de la naturaleza casi siempre se enuncian como razones de cambio: la aceleración es la derivada de la velocidad, la corriente es la derivada de la carga, el crecimiento de una población es proporcional a la población. Modelar es escribir esa relación.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CLASIFICACIÓN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Ordinaria — una sola variable independiente. Es lo que ve este curso.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Parcial — varias variables independientes y derivadas parciales.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Orden — el de la derivada más alta que aparece.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Grado — la potencia de la derivada de mayor orden, cuando la ecuación es polinómica en las derivadas.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LINEALIDAD</w:t>
      </w:r>
    </w:p>
    <w:p>
      <w:r>
        <w:rPr>
          <w:rFonts w:ascii="Arial" w:hAnsi="Arial" w:cs="Arial"/>
          <w:b w:val="0"/>
          <w:i w:val="0"/>
          <w:sz w:val="20"/>
        </w:rPr>
        <w:t>Una ED es lineal si la incógnita y todas sus derivadas aparecen a la primera potencia y sin multiplicarse entre sí. Los coeficientes pueden depender de x, nunca de y.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Lineal: y'' + 3xy' + y = eˣ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lineal: y·y' = x, (y')² = y, sen(y) + y' = 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TIPOS DE SOLUCIÓN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General — la familia completa, con n constantes arbitrarias para una ED de orden 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Particular — un miembro concreto de la familia, obtenido al fijar las constantes.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Singular — una solución que no se obtiene de la general para ningún valor de las constantes.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VERIFICAR UNA SOLUCIÓN</w:t>
      </w:r>
    </w:p>
    <w:p>
      <w:r>
        <w:rPr>
          <w:rFonts w:ascii="Arial" w:hAnsi="Arial" w:cs="Arial"/>
          <w:b w:val="0"/>
          <w:i w:val="0"/>
          <w:sz w:val="20"/>
        </w:rPr>
        <w:t>Sustituir la función propuesta y sus derivadas en la ecuación y comprobar que se cumple la identidad. Es mecánico y conviene hacerlo siempre al terminar un ejercicio: detecta la mayoría de los errores de cálculo.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Cuatro exámenes de 20% cada uno —10 de septiembre, 8 de octubre, 5 de noviembre y 8 de diciembre— y tareas 20%. Se requiere 80% de asistencia para tener derecho a cada examen.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