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26-11-26 Alemán I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26/11/2026  ·  11:00-12:40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