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4E103" w14:textId="77777777" w:rsidR="00427127" w:rsidRDefault="00000000">
      <w:pPr>
        <w:jc w:val="center"/>
      </w:pPr>
      <w:r>
        <w:rPr>
          <w:b/>
          <w:sz w:val="24"/>
        </w:rPr>
        <w:t>GUÍA 18-08-26 Alemán I</w:t>
      </w:r>
    </w:p>
    <w:p w14:paraId="2B58E67D" w14:textId="77777777" w:rsidR="00427127" w:rsidRDefault="00000000">
      <w:pPr>
        <w:spacing w:after="40"/>
        <w:jc w:val="center"/>
      </w:pPr>
      <w:r>
        <w:rPr>
          <w:i/>
          <w:color w:val="595959"/>
          <w:sz w:val="18"/>
        </w:rPr>
        <w:t>CS109  ·  martes 18/08/2026  ·  11:00-12:40  ·  Sesión 3</w:t>
      </w:r>
    </w:p>
    <w:p w14:paraId="0C8F1E4F" w14:textId="77777777" w:rsidR="00427127" w:rsidRDefault="00000000">
      <w:pPr>
        <w:jc w:val="center"/>
      </w:pPr>
      <w:r>
        <w:rPr>
          <w:b/>
          <w:sz w:val="22"/>
        </w:rPr>
        <w:t>Kapitel 1 · Begrüßung, Alphabet und Zahlen</w:t>
      </w:r>
    </w:p>
    <w:p w14:paraId="698A6875" w14:textId="77777777" w:rsidR="00427127" w:rsidRDefault="00427127">
      <w:pPr>
        <w:pBdr>
          <w:bottom w:val="single" w:sz="6" w:space="1" w:color="BFBFBF"/>
        </w:pBdr>
        <w:spacing w:before="120" w:after="120"/>
      </w:pPr>
    </w:p>
    <w:p w14:paraId="7DD62D56" w14:textId="77777777" w:rsidR="00427127" w:rsidRDefault="00000000">
      <w:pPr>
        <w:spacing w:before="160" w:after="60"/>
      </w:pPr>
      <w:r>
        <w:rPr>
          <w:b/>
        </w:rPr>
        <w:t>BEGRÜSSEN UND VERABSCHIEDEN</w:t>
      </w:r>
    </w:p>
    <w:p w14:paraId="1C963E78" w14:textId="77777777" w:rsidR="00427127" w:rsidRDefault="00000000">
      <w:pPr>
        <w:pStyle w:val="Listaconvietas"/>
        <w:spacing w:after="60"/>
        <w:ind w:left="340"/>
      </w:pPr>
      <w:r>
        <w:t>Formal: Guten Morgen (mañana) · Guten Tag (día) · Guten Abend (noche, al llegar).</w:t>
      </w:r>
    </w:p>
    <w:p w14:paraId="4AE74FBE" w14:textId="77777777" w:rsidR="00427127" w:rsidRDefault="00000000">
      <w:pPr>
        <w:pStyle w:val="Listaconvietas"/>
        <w:spacing w:after="60"/>
        <w:ind w:left="340"/>
      </w:pPr>
      <w:r>
        <w:t>Informal: Hallo · Hi · Servus (sur) · Moin (norte).</w:t>
      </w:r>
    </w:p>
    <w:p w14:paraId="26EB172C" w14:textId="77777777" w:rsidR="00427127" w:rsidRDefault="00000000">
      <w:pPr>
        <w:pStyle w:val="Listaconvietas"/>
        <w:spacing w:after="60"/>
        <w:ind w:left="340"/>
      </w:pPr>
      <w:r>
        <w:t>Despedida: Auf Wiedersehen (formal) · Tschüss (informal) · Gute Nacht (al irse a dormir).</w:t>
      </w:r>
    </w:p>
    <w:p w14:paraId="23E4C316" w14:textId="77777777" w:rsidR="00427127" w:rsidRDefault="00000000">
      <w:r>
        <w:t>Gute Nacht no es un saludo de llegada. Se dice solo al despedirse para dormir; el error de usarla al entrar a una reunión nocturna es clásico en hispanohablantes.</w:t>
      </w:r>
    </w:p>
    <w:p w14:paraId="1A1CDD24" w14:textId="77777777" w:rsidR="00427127" w:rsidRDefault="00000000">
      <w:pPr>
        <w:spacing w:before="160" w:after="60"/>
      </w:pPr>
      <w:r>
        <w:rPr>
          <w:b/>
        </w:rPr>
        <w:t>SICH VORSTELLEN</w:t>
      </w:r>
    </w:p>
    <w:p w14:paraId="605C5FC1" w14:textId="677728F8" w:rsidR="00427127" w:rsidRDefault="00000000">
      <w:pPr>
        <w:pStyle w:val="Listaconvietas"/>
        <w:spacing w:after="60"/>
        <w:ind w:left="340"/>
      </w:pPr>
      <w:r>
        <w:t xml:space="preserve">Wie heißt du? — </w:t>
      </w:r>
      <w:proofErr w:type="spellStart"/>
      <w:r>
        <w:t>Ich</w:t>
      </w:r>
      <w:proofErr w:type="spellEnd"/>
      <w:r>
        <w:t xml:space="preserve"> </w:t>
      </w:r>
      <w:proofErr w:type="spellStart"/>
      <w:r>
        <w:t>heiße</w:t>
      </w:r>
      <w:proofErr w:type="spellEnd"/>
      <w:r>
        <w:t xml:space="preserve"> </w:t>
      </w:r>
      <w:r w:rsidR="00E92B86">
        <w:t>Adam</w:t>
      </w:r>
      <w:r>
        <w:t>. (informal)</w:t>
      </w:r>
    </w:p>
    <w:p w14:paraId="52D2595C" w14:textId="0C77E6ED" w:rsidR="00427127" w:rsidRDefault="00000000">
      <w:pPr>
        <w:pStyle w:val="Listaconvietas"/>
        <w:spacing w:after="60"/>
        <w:ind w:left="340"/>
      </w:pPr>
      <w:r>
        <w:t xml:space="preserve">Wie heißen Sie? — </w:t>
      </w:r>
      <w:proofErr w:type="spellStart"/>
      <w:r>
        <w:t>Ich</w:t>
      </w:r>
      <w:proofErr w:type="spellEnd"/>
      <w:r>
        <w:t xml:space="preserve"> </w:t>
      </w:r>
      <w:proofErr w:type="spellStart"/>
      <w:r>
        <w:t>heiße</w:t>
      </w:r>
      <w:proofErr w:type="spellEnd"/>
      <w:r>
        <w:t xml:space="preserve"> </w:t>
      </w:r>
      <w:r w:rsidR="00E92B86">
        <w:t>Adam</w:t>
      </w:r>
      <w:r>
        <w:t xml:space="preserve"> Pozo. (formal, Sie siempre con mayúscula)</w:t>
      </w:r>
    </w:p>
    <w:p w14:paraId="6ABB0DFD" w14:textId="77777777" w:rsidR="00427127" w:rsidRDefault="00000000">
      <w:pPr>
        <w:pStyle w:val="Listaconvietas"/>
        <w:spacing w:after="60"/>
        <w:ind w:left="340"/>
      </w:pPr>
      <w:r>
        <w:t>Woher kommst du? — Ich komme aus Mexiko.</w:t>
      </w:r>
    </w:p>
    <w:p w14:paraId="25148E82" w14:textId="77777777" w:rsidR="00427127" w:rsidRDefault="00000000">
      <w:pPr>
        <w:pStyle w:val="Listaconvietas"/>
        <w:spacing w:after="60"/>
        <w:ind w:left="340"/>
      </w:pPr>
      <w:r>
        <w:t>Wo wohnst du? — Ich wohne in Puebla.</w:t>
      </w:r>
    </w:p>
    <w:p w14:paraId="20ABE4C6" w14:textId="77777777" w:rsidR="00427127" w:rsidRDefault="00000000">
      <w:pPr>
        <w:spacing w:before="160" w:after="60"/>
      </w:pPr>
      <w:r>
        <w:rPr>
          <w:b/>
        </w:rPr>
        <w:t>DAS ALPHABET</w:t>
      </w:r>
    </w:p>
    <w:p w14:paraId="7D7447B5" w14:textId="77777777" w:rsidR="00427127" w:rsidRDefault="00000000">
      <w:r>
        <w:t>Las letras que hay que fijar desde hoy porque no coinciden con el español: J se lee «yot», V se lee «fau», W se lee «ve», Y se lee «üpsilon», Z se lee «tset».</w:t>
      </w:r>
    </w:p>
    <w:p w14:paraId="70EFEB67" w14:textId="77777777" w:rsidR="00427127" w:rsidRDefault="00000000">
      <w:pPr>
        <w:pStyle w:val="Listaconvietas"/>
        <w:spacing w:after="60"/>
        <w:ind w:left="340"/>
      </w:pPr>
      <w:r>
        <w:t>Umlaute: Ä, Ö, Ü. La ß (Eszett) suena como una s fuerte y nunca va al inicio de palabra.</w:t>
      </w:r>
    </w:p>
    <w:p w14:paraId="3F26C9FA" w14:textId="77777777" w:rsidR="00427127" w:rsidRDefault="00000000">
      <w:pPr>
        <w:pStyle w:val="Listaconvietas"/>
        <w:spacing w:after="60"/>
        <w:ind w:left="340"/>
      </w:pPr>
      <w:r>
        <w:t>Deletrear se pide con: Wie schreibt man das? o Buchstabieren Sie bitte.</w:t>
      </w:r>
    </w:p>
    <w:p w14:paraId="4E1F4387" w14:textId="77777777" w:rsidR="00427127" w:rsidRDefault="00000000">
      <w:pPr>
        <w:spacing w:before="160" w:after="60"/>
      </w:pPr>
      <w:r>
        <w:rPr>
          <w:b/>
        </w:rPr>
        <w:t>ZAHLEN 0-20</w:t>
      </w:r>
    </w:p>
    <w:p w14:paraId="206E655E" w14:textId="77777777" w:rsidR="00427127" w:rsidRDefault="00000000">
      <w:r>
        <w:t>null, eins, zwei, drei, vier, fünf, sechs, sieben, acht, neun, zehn, elf, zwölf, dreizehn, vierzehn, fünfzehn, sechzehn, siebzehn, achtzehn, neunzehn, zwanzig.</w:t>
      </w:r>
    </w:p>
    <w:p w14:paraId="46337A06" w14:textId="77777777" w:rsidR="00427127" w:rsidRDefault="00000000">
      <w:r>
        <w:t>Ojo con sechzehn y siebzehn: pierden letras respecto a sechs y sieben.</w:t>
      </w:r>
    </w:p>
    <w:p w14:paraId="3FDD1ED5" w14:textId="77777777" w:rsidR="00427127" w:rsidRDefault="00000000">
      <w:pPr>
        <w:spacing w:before="160" w:after="60"/>
      </w:pPr>
      <w:r>
        <w:rPr>
          <w:b/>
        </w:rPr>
        <w:t>HAUSAUFGABE</w:t>
      </w:r>
    </w:p>
    <w:p w14:paraId="20F4A560" w14:textId="77777777" w:rsidR="00427127" w:rsidRDefault="00000000">
      <w:r>
        <w:t>Übungsbuch del Kapitel 1. El PDF completo del capítulo se sube a Blackboard antes de las 11:00 AM de la fecha límite; después de la hora desaparece el apartado.</w:t>
      </w:r>
    </w:p>
    <w:sectPr w:rsidR="00427127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806219">
    <w:abstractNumId w:val="8"/>
  </w:num>
  <w:num w:numId="2" w16cid:durableId="82075162">
    <w:abstractNumId w:val="6"/>
  </w:num>
  <w:num w:numId="3" w16cid:durableId="2069567613">
    <w:abstractNumId w:val="5"/>
  </w:num>
  <w:num w:numId="4" w16cid:durableId="1798178225">
    <w:abstractNumId w:val="4"/>
  </w:num>
  <w:num w:numId="5" w16cid:durableId="1654262131">
    <w:abstractNumId w:val="7"/>
  </w:num>
  <w:num w:numId="6" w16cid:durableId="172956567">
    <w:abstractNumId w:val="3"/>
  </w:num>
  <w:num w:numId="7" w16cid:durableId="1531450174">
    <w:abstractNumId w:val="2"/>
  </w:num>
  <w:num w:numId="8" w16cid:durableId="1200511265">
    <w:abstractNumId w:val="1"/>
  </w:num>
  <w:num w:numId="9" w16cid:durableId="1790514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7127"/>
    <w:rsid w:val="00900749"/>
    <w:rsid w:val="00AA1D8D"/>
    <w:rsid w:val="00B47730"/>
    <w:rsid w:val="00CB0664"/>
    <w:rsid w:val="00E92B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F600A3"/>
  <w14:defaultImageDpi w14:val="300"/>
  <w15:docId w15:val="{59DF006A-BE78-419C-BFE6-808C3251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eastAsia="Arial" w:hAnsi="Arial" w:cs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Del Pozo</cp:lastModifiedBy>
  <cp:revision>2</cp:revision>
  <dcterms:created xsi:type="dcterms:W3CDTF">2013-12-23T23:15:00Z</dcterms:created>
  <dcterms:modified xsi:type="dcterms:W3CDTF">2026-08-20T15:23:00Z</dcterms:modified>
  <cp:category/>
</cp:coreProperties>
</file>