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A5B30" w14:textId="77777777" w:rsidR="00770BD9" w:rsidRDefault="00000000">
      <w:pPr>
        <w:jc w:val="center"/>
      </w:pPr>
      <w:r>
        <w:rPr>
          <w:b/>
          <w:sz w:val="24"/>
        </w:rPr>
        <w:t>GUÍA 13-08-26 Alemán I</w:t>
      </w:r>
    </w:p>
    <w:p w14:paraId="0DC90E5E" w14:textId="77777777" w:rsidR="00770BD9" w:rsidRDefault="00000000">
      <w:pPr>
        <w:spacing w:after="40"/>
        <w:jc w:val="center"/>
      </w:pPr>
      <w:r>
        <w:rPr>
          <w:i/>
          <w:color w:val="595959"/>
          <w:sz w:val="18"/>
        </w:rPr>
        <w:t>CS109  ·  jueves 13/08/2026  ·  11:00-12:40  ·  Sesión 2</w:t>
      </w:r>
    </w:p>
    <w:p w14:paraId="7538DC06" w14:textId="77777777" w:rsidR="00770BD9" w:rsidRDefault="00000000">
      <w:pPr>
        <w:jc w:val="center"/>
      </w:pPr>
      <w:r>
        <w:rPr>
          <w:b/>
          <w:sz w:val="22"/>
        </w:rPr>
        <w:t>Kapitel 1 · Erste Kontakte</w:t>
      </w:r>
    </w:p>
    <w:p w14:paraId="215DD502" w14:textId="77777777" w:rsidR="00770BD9" w:rsidRDefault="00770BD9">
      <w:pPr>
        <w:pBdr>
          <w:bottom w:val="single" w:sz="6" w:space="1" w:color="BFBFBF"/>
        </w:pBdr>
        <w:spacing w:before="120" w:after="120"/>
      </w:pPr>
    </w:p>
    <w:p w14:paraId="27C166E6" w14:textId="77777777" w:rsidR="00770BD9" w:rsidRDefault="00000000">
      <w:pPr>
        <w:spacing w:before="160" w:after="60"/>
      </w:pPr>
      <w:r>
        <w:rPr>
          <w:b/>
        </w:rPr>
        <w:t>SICH VORSTELLEN</w:t>
      </w:r>
    </w:p>
    <w:p w14:paraId="41954FBC" w14:textId="57923A74" w:rsidR="00770BD9" w:rsidRDefault="00000000">
      <w:pPr>
        <w:pStyle w:val="Listaconvietas"/>
        <w:spacing w:after="60"/>
        <w:ind w:left="340"/>
      </w:pPr>
      <w:r>
        <w:t xml:space="preserve">Wie heißt du? — </w:t>
      </w:r>
      <w:proofErr w:type="spellStart"/>
      <w:r>
        <w:t>Ich</w:t>
      </w:r>
      <w:proofErr w:type="spellEnd"/>
      <w:r>
        <w:t xml:space="preserve"> </w:t>
      </w:r>
      <w:proofErr w:type="spellStart"/>
      <w:r>
        <w:t>heiße</w:t>
      </w:r>
      <w:proofErr w:type="spellEnd"/>
      <w:r>
        <w:t xml:space="preserve"> </w:t>
      </w:r>
      <w:r w:rsidR="003B1537">
        <w:t>Adam</w:t>
      </w:r>
      <w:r>
        <w:t>. (informal)</w:t>
      </w:r>
    </w:p>
    <w:p w14:paraId="1820B265" w14:textId="4664B81D" w:rsidR="00770BD9" w:rsidRDefault="00000000">
      <w:pPr>
        <w:pStyle w:val="Listaconvietas"/>
        <w:spacing w:after="60"/>
        <w:ind w:left="340"/>
      </w:pPr>
      <w:r>
        <w:t xml:space="preserve">Wie heißen Sie? — </w:t>
      </w:r>
      <w:proofErr w:type="spellStart"/>
      <w:r>
        <w:t>Ich</w:t>
      </w:r>
      <w:proofErr w:type="spellEnd"/>
      <w:r>
        <w:t xml:space="preserve"> </w:t>
      </w:r>
      <w:proofErr w:type="spellStart"/>
      <w:r>
        <w:t>heiße</w:t>
      </w:r>
      <w:proofErr w:type="spellEnd"/>
      <w:r>
        <w:t xml:space="preserve"> </w:t>
      </w:r>
      <w:r w:rsidR="003B1537">
        <w:t>Adam</w:t>
      </w:r>
      <w:r>
        <w:t xml:space="preserve"> Pozo. (formal; Sie siempre con mayúscula)</w:t>
      </w:r>
    </w:p>
    <w:p w14:paraId="39689107" w14:textId="77777777" w:rsidR="00770BD9" w:rsidRDefault="00000000">
      <w:pPr>
        <w:pStyle w:val="Listaconvietas"/>
        <w:spacing w:after="60"/>
        <w:ind w:left="340"/>
      </w:pPr>
      <w:r>
        <w:t>Woher kommst du? — Ich komme aus Mexiko.</w:t>
      </w:r>
    </w:p>
    <w:p w14:paraId="7B908631" w14:textId="77777777" w:rsidR="00770BD9" w:rsidRDefault="00000000">
      <w:pPr>
        <w:pStyle w:val="Listaconvietas"/>
        <w:spacing w:after="60"/>
        <w:ind w:left="340"/>
      </w:pPr>
      <w:r>
        <w:t>Wo wohnst du? — Ich wohne in Puebla.</w:t>
      </w:r>
    </w:p>
    <w:p w14:paraId="7278FF08" w14:textId="77777777" w:rsidR="00770BD9" w:rsidRDefault="00000000">
      <w:pPr>
        <w:pStyle w:val="Listaconvietas"/>
        <w:spacing w:after="60"/>
        <w:ind w:left="340"/>
      </w:pPr>
      <w:r>
        <w:t>Wie geht's? — Gut, danke. Und dir?</w:t>
      </w:r>
    </w:p>
    <w:p w14:paraId="26DCD237" w14:textId="77777777" w:rsidR="00770BD9" w:rsidRDefault="00000000">
      <w:pPr>
        <w:spacing w:before="160" w:after="60"/>
      </w:pPr>
      <w:r>
        <w:rPr>
          <w:b/>
        </w:rPr>
        <w:t>DU ODER SIE</w:t>
      </w:r>
    </w:p>
    <w:p w14:paraId="007948A6" w14:textId="77777777" w:rsidR="00770BD9" w:rsidRDefault="00000000">
      <w:r>
        <w:t>El alemán distingue tratamiento informal y formal, y la distinción es más estricta que en español. Se usa du con amigos, familia, compañeros de clase y con niños; Sie con desconocidos, en contextos profesionales y con personas mayores. En la duda, Sie.</w:t>
      </w:r>
    </w:p>
    <w:p w14:paraId="47E4B26A" w14:textId="77777777" w:rsidR="00770BD9" w:rsidRDefault="00000000">
      <w:pPr>
        <w:spacing w:before="160" w:after="60"/>
      </w:pPr>
      <w:r>
        <w:rPr>
          <w:b/>
        </w:rPr>
        <w:t>DIE ZAHLEN 0-10</w:t>
      </w:r>
    </w:p>
    <w:p w14:paraId="2B9D697F" w14:textId="77777777" w:rsidR="00770BD9" w:rsidRDefault="00000000">
      <w:r>
        <w:t>null, eins, zwei, drei, vier, fünf, sechs, sieben, acht, neun, zehn.</w:t>
      </w:r>
    </w:p>
    <w:p w14:paraId="50E4FC09" w14:textId="77777777" w:rsidR="00770BD9" w:rsidRDefault="00000000">
      <w:pPr>
        <w:spacing w:before="160" w:after="60"/>
      </w:pPr>
      <w:r>
        <w:rPr>
          <w:b/>
        </w:rPr>
        <w:t>LOS SUSTANTIVOS VAN CON MAYÚSCULA</w:t>
      </w:r>
    </w:p>
    <w:p w14:paraId="7BA5C95F" w14:textId="77777777" w:rsidR="00770BD9" w:rsidRDefault="00000000">
      <w:r>
        <w:t>Todos, siempre, en cualquier posición de la frase. No es una convención de énfasis: es ortografía obligatoria. Es lo primero que se corrige en los escritos y conviene automatizarlo desde hoy.</w:t>
      </w:r>
    </w:p>
    <w:p w14:paraId="222B3521" w14:textId="77777777" w:rsidR="00770BD9" w:rsidRDefault="00000000">
      <w:pPr>
        <w:spacing w:before="160" w:after="60"/>
      </w:pPr>
      <w:r>
        <w:rPr>
          <w:b/>
        </w:rPr>
        <w:t>ERSTE GRAMMATIK</w:t>
      </w:r>
    </w:p>
    <w:p w14:paraId="6EA1F0F4" w14:textId="77777777" w:rsidR="00770BD9" w:rsidRDefault="00000000">
      <w:pPr>
        <w:pStyle w:val="Listaconvietas"/>
        <w:spacing w:after="60"/>
        <w:ind w:left="340"/>
      </w:pPr>
      <w:r>
        <w:t>El verbo se conjuga quitando -en al infinitivo y agregando la terminación: kommen → ich komme, du kommst.</w:t>
      </w:r>
    </w:p>
    <w:p w14:paraId="55A5A2CC" w14:textId="77777777" w:rsidR="00770BD9" w:rsidRDefault="00000000">
      <w:pPr>
        <w:pStyle w:val="Listaconvietas"/>
        <w:spacing w:after="60"/>
        <w:ind w:left="340"/>
      </w:pPr>
      <w:r>
        <w:t>En una oración enunciativa el verbo conjugado va siempre en segunda posición.</w:t>
      </w:r>
    </w:p>
    <w:p w14:paraId="4E634426" w14:textId="77777777" w:rsidR="00770BD9" w:rsidRDefault="00000000">
      <w:pPr>
        <w:pStyle w:val="Listaconvietas"/>
        <w:spacing w:after="60"/>
        <w:ind w:left="340"/>
      </w:pPr>
      <w:r>
        <w:t>En una pregunta con palabra W, la palabra W va primero y el verbo segundo: Woher kommst du?</w:t>
      </w:r>
    </w:p>
    <w:p w14:paraId="513A500D" w14:textId="77777777" w:rsidR="00770BD9" w:rsidRDefault="00000000">
      <w:pPr>
        <w:spacing w:before="160" w:after="60"/>
      </w:pPr>
      <w:r>
        <w:rPr>
          <w:b/>
        </w:rPr>
        <w:t>IM UNTERRICHT</w:t>
      </w:r>
    </w:p>
    <w:p w14:paraId="451DF24A" w14:textId="77777777" w:rsidR="00770BD9" w:rsidRDefault="00000000">
      <w:pPr>
        <w:pStyle w:val="Listaconvietas"/>
        <w:spacing w:after="60"/>
        <w:ind w:left="340"/>
      </w:pPr>
      <w:r>
        <w:t>Wie bitte? — ¿cómo dice?</w:t>
      </w:r>
    </w:p>
    <w:p w14:paraId="28E4EC7B" w14:textId="77777777" w:rsidR="00770BD9" w:rsidRDefault="00000000">
      <w:pPr>
        <w:pStyle w:val="Listaconvietas"/>
        <w:spacing w:after="60"/>
        <w:ind w:left="340"/>
      </w:pPr>
      <w:r>
        <w:t>Können Sie das wiederholen? — ¿puede repetirlo?</w:t>
      </w:r>
    </w:p>
    <w:p w14:paraId="7150FE3A" w14:textId="77777777" w:rsidR="00770BD9" w:rsidRDefault="00000000">
      <w:pPr>
        <w:pStyle w:val="Listaconvietas"/>
        <w:spacing w:after="60"/>
        <w:ind w:left="340"/>
      </w:pPr>
      <w:r>
        <w:t>Wie schreibt man das? — ¿cómo se escribe?</w:t>
      </w:r>
    </w:p>
    <w:p w14:paraId="4B35E537" w14:textId="77777777" w:rsidR="00770BD9" w:rsidRDefault="00000000">
      <w:pPr>
        <w:pStyle w:val="Listaconvietas"/>
        <w:spacing w:after="60"/>
        <w:ind w:left="340"/>
      </w:pPr>
      <w:r>
        <w:t>Was bedeutet das? — ¿qué significa?</w:t>
      </w:r>
    </w:p>
    <w:p w14:paraId="6DA7496B" w14:textId="77777777" w:rsidR="00770BD9" w:rsidRDefault="00000000">
      <w:pPr>
        <w:spacing w:before="160" w:after="60"/>
      </w:pPr>
      <w:r>
        <w:rPr>
          <w:b/>
        </w:rPr>
        <w:t>HAUSAUFGABE</w:t>
      </w:r>
    </w:p>
    <w:p w14:paraId="45B870ED" w14:textId="77777777" w:rsidR="00770BD9" w:rsidRDefault="00000000">
      <w:r>
        <w:t>Übungsbuch del Kapitel 1. Se sube el PDF completo del capítulo a Blackboard antes de las 11:00 AM de la fecha límite; después de esa hora desaparece el apartado y la calificación es cero.</w:t>
      </w:r>
    </w:p>
    <w:sectPr w:rsidR="00770BD9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3795784">
    <w:abstractNumId w:val="8"/>
  </w:num>
  <w:num w:numId="2" w16cid:durableId="1073240483">
    <w:abstractNumId w:val="6"/>
  </w:num>
  <w:num w:numId="3" w16cid:durableId="2015573838">
    <w:abstractNumId w:val="5"/>
  </w:num>
  <w:num w:numId="4" w16cid:durableId="379323883">
    <w:abstractNumId w:val="4"/>
  </w:num>
  <w:num w:numId="5" w16cid:durableId="716392536">
    <w:abstractNumId w:val="7"/>
  </w:num>
  <w:num w:numId="6" w16cid:durableId="1588271375">
    <w:abstractNumId w:val="3"/>
  </w:num>
  <w:num w:numId="7" w16cid:durableId="1312562878">
    <w:abstractNumId w:val="2"/>
  </w:num>
  <w:num w:numId="8" w16cid:durableId="2019697082">
    <w:abstractNumId w:val="1"/>
  </w:num>
  <w:num w:numId="9" w16cid:durableId="24519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6AE8"/>
    <w:rsid w:val="0029639D"/>
    <w:rsid w:val="00326F90"/>
    <w:rsid w:val="003B1537"/>
    <w:rsid w:val="00770BD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3B4F13"/>
  <w14:defaultImageDpi w14:val="300"/>
  <w15:docId w15:val="{ADB85C3F-6521-4634-AEFE-F33277AF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eastAsia="Arial" w:hAnsi="Arial" w:cs="Arial"/>
      <w:sz w:val="20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Adam Del Pozo</cp:lastModifiedBy>
  <cp:revision>2</cp:revision>
  <dcterms:created xsi:type="dcterms:W3CDTF">2013-12-23T23:15:00Z</dcterms:created>
  <dcterms:modified xsi:type="dcterms:W3CDTF">2026-08-20T15:20:00Z</dcterms:modified>
  <cp:category/>
</cp:coreProperties>
</file>