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27-08-26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27/08/2026  ·  08:30-09:45  ·  Sesión 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1. Cierre: del acopio a la postura propia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ERROR DE ACUMULAR</w:t>
      </w:r>
    </w:p>
    <w:p>
      <w:r>
        <w:rPr>
          <w:rFonts w:ascii="Arial" w:hAnsi="Arial" w:cs="Arial"/>
          <w:b w:val="0"/>
          <w:i w:val="0"/>
          <w:sz w:val="20"/>
        </w:rPr>
        <w:t>Cinco fuentes leídas y relacionadas valen más que treinta descargadas. El artículo de revisión no se mide por cantidad de citas sino por la calidad de las relaciones que estableces entre ellas.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CONSTRUIR UNA POSTURA</w:t>
      </w:r>
    </w:p>
    <w:p>
      <w:r>
        <w:rPr>
          <w:rFonts w:ascii="Arial" w:hAnsi="Arial" w:cs="Arial"/>
          <w:b w:val="0"/>
          <w:i w:val="0"/>
          <w:sz w:val="20"/>
        </w:rPr>
        <w:t>Tener postura no es opinar. Es afirmar algo sobre el estado de la literatura que se pueda sostener con evidencia: que hay consenso, que hay una disputa, que hay un vacío, que un enfoque desplazó a otro.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Consenso — «la literatura coincide en que X, y difiere solo en el método de medición».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Disputa — «hay dos posiciones incompatibles sobre X, sostenidas por A y por B».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Vacío — «nadie ha estudiado X bajo la condición Y».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Desplazamiento — «hasta 2020 se usaba el enfoque A; desde 2021 domina B, por Z».</w:t>
      </w:r>
    </w:p>
    <w:p>
      <w:r>
        <w:rPr>
          <w:rFonts w:ascii="Arial" w:hAnsi="Arial" w:cs="Arial"/>
          <w:b w:val="0"/>
          <w:i w:val="0"/>
          <w:sz w:val="20"/>
        </w:rPr>
        <w:t>Cualquiera de esas cuatro formas es una tesis legítima para un artículo de revisión. «X es un tema muy importante» no lo 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PRIMER MAPA DE TU TEMA</w:t>
      </w:r>
    </w:p>
    <w:p>
      <w:r>
        <w:rPr>
          <w:rFonts w:ascii="Arial" w:hAnsi="Arial" w:cs="Arial"/>
          <w:b w:val="0"/>
          <w:i w:val="0"/>
          <w:sz w:val="20"/>
        </w:rPr>
        <w:t>Con tus cinco fuentes, dibuja quién dice qué y dónde se tocan. Un diagrama sirve más que una lista: hace visibles las relaciones que después vas a escribir.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VIENE</w:t>
      </w:r>
    </w:p>
    <w:p>
      <w:r>
        <w:rPr>
          <w:rFonts w:ascii="Arial" w:hAnsi="Arial" w:cs="Arial"/>
          <w:b w:val="0"/>
          <w:i w:val="0"/>
          <w:sz w:val="20"/>
        </w:rPr>
        <w:t>La Unidad 2 pasa de buscar a leer críticamente: qué estructura tiene un artículo académico y cómo se desarma para entenderlo.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PENDIENTES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Actividad 2, selección definitiva del tema: miércoles 2 de septiembre, 50% del primer parcial.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Reporte 1 de «Todo lo de cristal» de Rafael Pérez Gay: miércoles 9 de septiembre.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