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12-10-26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12/10/2026  ·  18:00-19:40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Sumadores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DEL SEMISUMADOR AL SUMADOR COMPLETO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Semisumador: dos entradas, suma y acarreo. S = A xor B, C = A and B.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Sumador completo: agrega el acarreo de entrada. S = A xor B xor Cin, Cout = (A and B) or (Cin and (A xor B)).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SUMADOR DE ACARREO SERIE</w:t>
      </w:r>
    </w:p>
    <w:p>
      <w:r>
        <w:rPr>
          <w:rFonts w:ascii="Arial" w:hAnsi="Arial" w:cs="Arial"/>
          <w:b w:val="0"/>
          <w:i w:val="0"/>
          <w:sz w:val="20"/>
        </w:rPr>
        <w:t>Se encadenan n sumadores completos. Es la construcción más simple y la más lenta: el acarreo debe propagarse por los n bloques antes de que el resultado sea válido. El retardo crece linealmente con n.</w:t>
      </w:r>
    </w:p>
    <w:p>
      <w:r>
        <w:rPr>
          <w:rFonts w:ascii="Arial" w:hAnsi="Arial" w:cs="Arial"/>
          <w:b w:val="0"/>
          <w:i w:val="0"/>
          <w:sz w:val="20"/>
        </w:rPr>
        <w:t>Para 32 bits eso son 32 retardos en cascada. Ese camino crítico es lo que limita la frecuencia máxima del diseño completo.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SUMADOR DE ACARREO ANTICIPADO</w:t>
      </w:r>
    </w:p>
    <w:p>
      <w:r>
        <w:rPr>
          <w:rFonts w:ascii="Arial" w:hAnsi="Arial" w:cs="Arial"/>
          <w:b w:val="0"/>
          <w:i w:val="0"/>
          <w:sz w:val="20"/>
        </w:rPr>
        <w:t>La idea es calcular los acarreos en paralelo en lugar de esperarlos, usando las señales de generación y propagación.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G_i = A_i and B_i — la posición genera acarreo por sí misma.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P_i = A_i xor B_i — la posición propaga el acarreo que le llega.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C_(i+1) = G_i or (P_i and C_i), expandido para no depender del acarreo anterior.</w:t>
      </w:r>
    </w:p>
    <w:p>
      <w:r>
        <w:rPr>
          <w:rFonts w:ascii="Arial" w:hAnsi="Arial" w:cs="Arial"/>
          <w:b w:val="0"/>
          <w:i w:val="0"/>
          <w:sz w:val="20"/>
        </w:rPr>
        <w:t>El retardo pasa a ser logarítmico, y se paga con un aumento considerable de área. Es el intercambio clásico de la aritmética digital.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OTRAS ESTRUCTURAS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Carry-select: se calculan las dos posibilidades y se elige con un multiplexor cuando llega el acarreo real.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Carry-skip: se salta bloques enteros cuando todos propagan.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 FPGA EL PANORAMA CAMBIA</w:t>
      </w:r>
    </w:p>
    <w:p>
      <w:r>
        <w:rPr>
          <w:rFonts w:ascii="Arial" w:hAnsi="Arial" w:cs="Arial"/>
          <w:b w:val="0"/>
          <w:i w:val="0"/>
          <w:sz w:val="20"/>
        </w:rPr>
        <w:t>Las FPGA tienen cadenas de acarreo dedicadas, muy rápidas, entre bloques adyacentes. Un sumador de acarreo serie descrito simplemente como a + b suele ser más rápido que un anticipado descrito a mano, porque la herramienta aprovecha esa ruta dedicada.</w:t>
      </w:r>
    </w:p>
    <w:p>
      <w:r>
        <w:rPr>
          <w:rFonts w:ascii="Arial" w:hAnsi="Arial" w:cs="Arial"/>
          <w:b w:val="0"/>
          <w:i w:val="0"/>
          <w:sz w:val="20"/>
        </w:rPr>
        <w:t>Es una lección importante del curso: la mejor estructura teórica no siempre es la mejor sobre el dispositivo real. Hay que medir.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ARITMÉTICA CON SIGNO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Complemento a dos: la resta es sumar el complemento.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Desbordamiento con signo: ocurre cuando los acarreos de entrada y salida del bit más significativo difieren.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bibliotecas numeric_std con signed y unsigned son la forma correcta de describirlo, no std_logic_arith.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Describir un sumador de 8 bits de acarreo serie y uno anticipado, y comparar en Quartus la frecuencia máxima y el uso de recursos de cada uno.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