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28-09-26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28/09/2026  ·  18:00-19:40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 · Decodificador BCD a siete segmentos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</w:t>
      </w:r>
    </w:p>
    <w:p>
      <w:r>
        <w:rPr>
          <w:rFonts w:ascii="Arial" w:hAnsi="Arial" w:cs="Arial"/>
          <w:b w:val="0"/>
          <w:i w:val="0"/>
          <w:sz w:val="20"/>
        </w:rPr>
        <w:t>Convertir un número BCD de cuatro bits en las siete señales que encienden los segmentos de un display. Es el primer diseño completo del curso y el que se implementa físicamente.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ÁNODO COMÚN Y CÁTODO COMÚN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Cátodo común — el segmento enciende con '1'.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Ánodo común — el segmento enciende con '0'; la lógica sale invertida.</w:t>
      </w:r>
    </w:p>
    <w:p>
      <w:r>
        <w:rPr>
          <w:rFonts w:ascii="Arial" w:hAnsi="Arial" w:cs="Arial"/>
          <w:b w:val="0"/>
          <w:i w:val="0"/>
          <w:sz w:val="20"/>
        </w:rPr>
        <w:t>Es lo primero que hay que verificar en la tarjeta. La mitad de los displays que «no funcionan» en el laboratorio están descritos con la polaridad contraria.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DESCRIPCIÓN</w:t>
      </w:r>
    </w:p>
    <w:p>
      <w:r>
        <w:rPr>
          <w:rFonts w:ascii="Arial" w:hAnsi="Arial" w:cs="Arial"/>
          <w:b w:val="0"/>
          <w:i w:val="0"/>
          <w:sz w:val="20"/>
        </w:rPr>
        <w:t>La forma natural es un case sobre el valor BCD, con una constante de siete bits por cada dígito. Se sintetiza como un multiplexor plano y es fácil de leer y de corregir.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Hay que cubrir los valores del 10 al 15 con un others, aunque no sean BCD válidos. Sin él se infiere un latch.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MULTIPLEXADO DE VARIOS DISPLAYS</w:t>
      </w:r>
    </w:p>
    <w:p>
      <w:r>
        <w:rPr>
          <w:rFonts w:ascii="Arial" w:hAnsi="Arial" w:cs="Arial"/>
          <w:b w:val="0"/>
          <w:i w:val="0"/>
          <w:sz w:val="20"/>
        </w:rPr>
        <w:t>Para mostrar varios dígitos con un solo bus de segmentos se enciende un dígito a la vez y se rota rápidamente. Si la rotación supera aproximadamente 60 Hz por dígito, el ojo los ve todos encendidos.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Un contador divide el reloj para generar la base de tiempo del barrido.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Ese contador selecciona qué dígito se muestra.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Un multiplexor elige el valor BCD correspondiente.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Otro selecciona el ánodo o cátodo del dígito activo.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DIVISOR DE RELOJ</w:t>
      </w:r>
    </w:p>
    <w:p>
      <w:r>
        <w:rPr>
          <w:rFonts w:ascii="Arial" w:hAnsi="Arial" w:cs="Arial"/>
          <w:b w:val="0"/>
          <w:i w:val="0"/>
          <w:sz w:val="20"/>
        </w:rPr>
        <w:t>Nunca se genera un reloj derivado con lógica combinacional para alimentar otros registros. Se usa una señal de habilitación generada por un contador, y todo el diseño conserva un solo reloj. Esa regla —diseño síncrono de reloj único— evita la mayoría de los problemas de tiempo en FPGA.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CONVERSIÓN BINARIO A BCD</w:t>
      </w:r>
    </w:p>
    <w:p>
      <w:r>
        <w:rPr>
          <w:rFonts w:ascii="Arial" w:hAnsi="Arial" w:cs="Arial"/>
          <w:b w:val="0"/>
          <w:i w:val="0"/>
          <w:sz w:val="20"/>
        </w:rPr>
        <w:t>Si el dato viene en binario hay que convertirlo. El algoritmo de doble dabble —desplazar y sumar 3 si el nibble excede 4— lo hace sin división y es directamente sintetizable.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AVISO</w:t>
      </w:r>
    </w:p>
    <w:p>
      <w:r>
        <w:rPr>
          <w:rFonts w:ascii="Arial" w:hAnsi="Arial" w:cs="Arial"/>
          <w:b w:val="0"/>
          <w:i w:val="0"/>
          <w:sz w:val="20"/>
        </w:rPr>
        <w:t>La próxima sesión, lunes 5 de octubre, es la Evaluación 2. Cubre la unidad 2 y el inicio de la 3.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