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31-08-26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31/08/2026  ·  18:00-19:40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 · Instrucciones secuenciales y modelado de flip-flops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PROCESO</w:t>
      </w:r>
    </w:p>
    <w:p>
      <w:r>
        <w:rPr>
          <w:rFonts w:ascii="Arial" w:hAnsi="Arial" w:cs="Arial"/>
          <w:b w:val="0"/>
          <w:i w:val="0"/>
          <w:sz w:val="20"/>
        </w:rPr>
        <w:t>Dentro de un process las instrucciones son secuenciales: se evalúan en orden. Pero el proceso completo se comporta como un bloque concurrente respecto al resto del diseño. Esa doble naturaleza es la clave del lenguaje.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INSTRUCCIONES SECUENCIALES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if-then-elsif-else — genera lógica con prioridad.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case — genera un multiplexor plano; conviene cuando las condiciones son mutuamente excluyentes.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Ciclos for — se desenrollan en tiempo de síntesis; no son ciclos de ejecución sino repetición de estructura.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SEÑAL CONTRA VARIABLE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Señal, con &lt;= — la actualización se programa y se hace efectiva al final del proceso. Representa un cable.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Variable, con := — se actualiza de inmediato dentro del proceso. Representa un valor intermedio de cálculo.</w:t>
      </w:r>
    </w:p>
    <w:p>
      <w:r>
        <w:rPr>
          <w:rFonts w:ascii="Arial" w:hAnsi="Arial" w:cs="Arial"/>
          <w:b w:val="0"/>
          <w:i w:val="0"/>
          <w:sz w:val="20"/>
        </w:rPr>
        <w:t>Confundirlas produce el error más frecuente del curso. Si dentro de un proceso asignas a una señal y la lees en la línea siguiente, lees el valor viejo, no el que acabas de escribir.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MODELADO DE UN FLIP-FLOP D</w:t>
      </w:r>
    </w:p>
    <w:p>
      <w:r>
        <w:rPr>
          <w:rFonts w:ascii="Arial" w:hAnsi="Arial" w:cs="Arial"/>
          <w:b w:val="0"/>
          <w:i w:val="0"/>
          <w:sz w:val="20"/>
        </w:rPr>
        <w:t>El patrón es fijo y conviene memorizarlo tal cual: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process(clk) begin if rising_edge(clk) then q &lt;= d; end if; end process;</w:t>
      </w:r>
    </w:p>
    <w:p>
      <w:r>
        <w:rPr>
          <w:rFonts w:ascii="Arial" w:hAnsi="Arial" w:cs="Arial"/>
          <w:b w:val="0"/>
          <w:i w:val="0"/>
          <w:sz w:val="20"/>
        </w:rPr>
        <w:t>Lo que hace sintetizar un registro es exactamente eso: una asignación dentro de un if de flanco. No hay una palabra reservada «flip-flop»; el registro se infiere de la estructura.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REINICIO ASÍNCRONO Y SÍNCRONO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Asíncrono — el reset aparece en la lista de sensibilidad y se evalúa antes del flanco. Actúa de inmediato.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Síncrono — el reset se evalúa dentro del if de flanco. Actúa en el siguiente flanco de reloj.</w:t>
      </w:r>
    </w:p>
    <w:p>
      <w:r>
        <w:rPr>
          <w:rFonts w:ascii="Arial" w:hAnsi="Arial" w:cs="Arial"/>
          <w:b w:val="0"/>
          <w:i w:val="0"/>
          <w:sz w:val="20"/>
        </w:rPr>
        <w:t>En FPGA suele preferirse el síncrono: usa menos recursos, evita problemas de metaestabilidad al soltar el reset y facilita el análisis de tiempos.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LATCH NO DESEADO</w:t>
      </w:r>
    </w:p>
    <w:p>
      <w:r>
        <w:rPr>
          <w:rFonts w:ascii="Arial" w:hAnsi="Arial" w:cs="Arial"/>
          <w:b w:val="0"/>
          <w:i w:val="0"/>
          <w:sz w:val="20"/>
        </w:rPr>
        <w:t>Si en un proceso combinacional alguna ruta no asigna la salida, la herramienta infiere un latch para conservar el valor anterior. Casi nunca es lo que se quería y complica el análisis de tiempos. Se evita asignando un valor por defecto al inicio del proceso.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REGISTROS Y CONTADORES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Registro de desplazamiento, con y sin carga paralela.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Contador ascendente y descendente, con habilitación y carga.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AVISO</w:t>
      </w:r>
    </w:p>
    <w:p>
      <w:r>
        <w:rPr>
          <w:rFonts w:ascii="Arial" w:hAnsi="Arial" w:cs="Arial"/>
          <w:b w:val="0"/>
          <w:i w:val="0"/>
          <w:sz w:val="20"/>
        </w:rPr>
        <w:t>La próxima sesión, lunes 7 de septiembre, es la Evaluación 1. Cubre la unidad 1 completa.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