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24-08-26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24/08/2026  ·  18:00-19:40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