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10-08-26 Sistemas Embebidos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LA207  ·  lunes 10/08/2026  ·  18:00-19:40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Qué es un sistema embebido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Cómputo dedicado a una función, dentro de un dispositivo mayor. No es de propósito general.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Suele ser de tiempo real: responder tarde es tan malo como responder mal.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Recursos limitados; interactúa con el mundo físico por sensores y actuadores.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camino de este curso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 vamos a programar un microcontrolador: vamos a describir hardware y sintetizarlo en FPGA.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de embebidos, PLD y FPGA, VHDL/Verilog, combinacionales y secuenciales, periféricos y temporización.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cambio de mentalidad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 HDL no ejecuta pasos en secuencia: describe estructuras que existen todas a la vez.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Pensar en paralelo, no en pasos. Ese es el obstáculo real.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Logística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Lunes 18:00-19:40 LA-207, laboratorio miércoles CN-113. Asesorías martes 10-11, CN114B.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Tareas 15%, 3 exámenes 30%, 5 prácticas 30%, proyecto 25%.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Exámenes: 7 sep, 5 oct, 2 nov. Proyecto desde el 23 de noviembre.</w:t>
      </w:r>
    </w:p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1.- Instalar Quartus y ActiveHDL antes del miércoles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2.- Ver videos de nandland para ir entendiendo qué es una FPGA</w:t>
      </w:r>
    </w:p>
    <w:p>
      <w:pPr>
        <w:spacing w:after="60"/>
      </w:pPr>
      <w:r>
        <w:rPr>
          <w:rFonts w:ascii="Arial" w:hAnsi="Arial" w:cs="Arial"/>
          <w:b w:val="0"/>
          <w:i w:val="0"/>
          <w:sz w:val="20"/>
        </w:rPr>
        <w:t>3.- Investigar diferencia real entre VHDL y Verilog, cuál conviene aprender primero</w:t>
      </w:r>
    </w:p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