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10-08-26 Sistemas Embebidos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LA207  ·  lunes 10/08/2026  ·  18:00-19:40  ·  Sesión 1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Presentación del curso · Introducción a los sistemas embebidos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BIENVENIDA</w:t>
      </w:r>
    </w:p>
    <w:p>
      <w:r>
        <w:rPr>
          <w:rFonts w:ascii="Arial" w:hAnsi="Arial" w:cs="Arial"/>
          <w:b w:val="0"/>
          <w:i w:val="0"/>
          <w:sz w:val="20"/>
        </w:rPr>
        <w:t>El curso se enfoca en el diseño e implementación de soluciones digitales usando sistemas lógicos programables. Vamos a integrar hardware y lógica digital programable para construir sistemas embebidos eficientes y de alto desempeño.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QUÉ ES UN SISTEMA EMBEBIDO</w:t>
      </w:r>
    </w:p>
    <w:p>
      <w:r>
        <w:rPr>
          <w:rFonts w:ascii="Arial" w:hAnsi="Arial" w:cs="Arial"/>
          <w:b w:val="0"/>
          <w:i w:val="0"/>
          <w:sz w:val="20"/>
        </w:rPr>
        <w:t>Un sistema de cómputo dedicado a una función específica, integrado dentro de un dispositivo mayor. No es una computadora de propósito general: hace una cosa, y suele hacerla bajo restricciones estrictas de tiempo, energía y costo.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Dedicado a una tarea, no reprogramable por el usuario final.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 frecuencia opera en tiempo real: la respuesta tarde es tan mala como la respuesta incorrecta.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Recursos limitados de memoria, energía y capacidad de cómputo.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Interactúa directamente con el mundo físico mediante sensores y actuadores.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ESTE CURSO VA POR EL CAMINO DEL HARDWARE</w:t>
      </w:r>
    </w:p>
    <w:p>
      <w:r>
        <w:rPr>
          <w:rFonts w:ascii="Arial" w:hAnsi="Arial" w:cs="Arial"/>
          <w:b w:val="0"/>
          <w:i w:val="0"/>
          <w:sz w:val="20"/>
        </w:rPr>
        <w:t>Hay dos formas de construir un sistema embebido: programar un microcontrolador, o describir el hardware y sintetizarlo sobre un dispositivo reconfigurable. Este curso toma la segunda. No vamos a programar: vamos a construir el circuito.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CON QUÉ VAMOS A TRABAJAR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Arquitectura de sistemas embebidos, entendiendo la interacción entre hardware y control lógico.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Sistemas lógicos programables, PLD y FPGA, como plataforma principal.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Lenguajes de descripción de hardware, VHDL y Verilog.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Diseño de sistemas combinacionales y secuenciales en FPGA.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Integración de periféricos, entradas y salidas digitales, temporización y control.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CAMBIO DE MENTALIDAD</w:t>
      </w:r>
    </w:p>
    <w:p>
      <w:r>
        <w:rPr>
          <w:rFonts w:ascii="Arial" w:hAnsi="Arial" w:cs="Arial"/>
          <w:b w:val="0"/>
          <w:i w:val="0"/>
          <w:sz w:val="20"/>
        </w:rPr>
        <w:t>Un lenguaje de descripción de hardware no ejecuta instrucciones en secuencia: describe estructuras que existen todas al mismo tiempo. Pensar en paralelo, y no en pasos, es el obstáculo real del curso.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ESTRUCTURA Y EVALUACIÓN</w:t>
      </w:r>
    </w:p>
    <w:p>
      <w:r>
        <w:rPr>
          <w:rFonts w:ascii="Arial" w:hAnsi="Arial" w:cs="Arial"/>
          <w:b w:val="0"/>
          <w:i w:val="0"/>
          <w:sz w:val="20"/>
        </w:rPr>
        <w:t>Clase los lunes de 18:00 a 19:40 en LA-207 y laboratorio los miércoles en CN-113. Asesorías los martes de 10:00 a 11:00 en CN114B. Tareas y participación 15%, tres exámenes 30%, cinco prácticas 30% y proyecto final 25%.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FECHAS DE EVALUACIÓN</w:t>
      </w:r>
    </w:p>
    <w:p>
      <w:r>
        <w:rPr>
          <w:rFonts w:ascii="Arial" w:hAnsi="Arial" w:cs="Arial"/>
          <w:b w:val="0"/>
          <w:i w:val="0"/>
          <w:sz w:val="20"/>
        </w:rPr>
        <w:t>Evaluación 1 el 7 de septiembre, Evaluación 2 el 5 de octubre y Evaluación 3 el 2 de noviembre. Proyecto final a partir del 23 de noviembre.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