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23-11-26 Teoría de la Computación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lunes 23/11/2026  ·  16:00-17:15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