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21-10-26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21/10/2026  ·  16:00-17:15  ·  Sesión 21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Propiedades de clausura, lema del bombeo y minimización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PROPIEDADES DE CLAUSURA</w:t>
      </w:r>
    </w:p>
    <w:p>
      <w:r>
        <w:rPr>
          <w:rFonts w:ascii="Arial" w:hAnsi="Arial" w:cs="Arial"/>
          <w:b w:val="0"/>
          <w:i w:val="0"/>
          <w:sz w:val="20"/>
        </w:rPr>
        <w:t>La clase de los lenguajes regulares es cerrada bajo unión, concatenación, estrella, complemento, intersección, diferencia y reverso. Son herramientas de demostración: permiten probar regularidad sin construir el autómata.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Complemento: intercambiar estados de aceptación en un AFD con δ total. Solo funciona sobre un AFD, nunca sobre un AFN.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Intersección: construcción del producto, con estados que son pares y simulación en paralelo.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LEMA DEL BOMBEO</w:t>
      </w:r>
    </w:p>
    <w:p>
      <w:r>
        <w:rPr>
          <w:rFonts w:ascii="Arial" w:hAnsi="Arial" w:cs="Arial"/>
          <w:b w:val="0"/>
          <w:i w:val="0"/>
          <w:sz w:val="20"/>
        </w:rPr>
        <w:t>Todo lo anterior sirve para probar que un lenguaje sí es regular. El lema del bombeo sirve para lo contrario.</w:t>
      </w:r>
    </w:p>
    <w:p>
      <w:r>
        <w:rPr>
          <w:rFonts w:ascii="Arial" w:hAnsi="Arial" w:cs="Arial"/>
          <w:b w:val="0"/>
          <w:i w:val="0"/>
          <w:sz w:val="20"/>
        </w:rPr>
        <w:t>Si L es regular, existe p ≥ 1 tal que toda w ∈ L con |w| ≥ p puede escribirse w = xyz con |y| ≥ 1, |xy| ≤ p, y xyⁱz ∈ L para todo i ≥ 0.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DÓNDE SALE</w:t>
      </w:r>
    </w:p>
    <w:p>
      <w:r>
        <w:rPr>
          <w:rFonts w:ascii="Arial" w:hAnsi="Arial" w:cs="Arial"/>
          <w:b w:val="0"/>
          <w:i w:val="0"/>
          <w:sz w:val="20"/>
        </w:rPr>
        <w:t>Si el autómata tiene p estados y la cadena tiene al menos p símbolos, por el principio del palomar algún estado se repite dentro de los primeros p pasos. El tramo entre esas dos visitas es un ciclo, y un ciclo se puede recorrer las veces que se quiera. Ese tramo es 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USA: ES UN JUEGO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El adversario elige p, que no conoces.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Tú eliges una w ∈ L con |w| ≥ p, en función de p.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El adversario descompone w = xyz respetando las dos primeras condiciones.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Tú eliges un i que saque a xyⁱz de L.</w:t>
      </w:r>
    </w:p>
    <w:p>
      <w:r>
        <w:rPr>
          <w:rFonts w:ascii="Arial" w:hAnsi="Arial" w:cs="Arial"/>
          <w:b w:val="0"/>
          <w:i w:val="0"/>
          <w:sz w:val="20"/>
        </w:rPr>
        <w:t>La clave está en el paso 2: elegir una w que restrinja al máximo las descomposiciones posibles.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 CANÓNICO</w:t>
      </w:r>
    </w:p>
    <w:p>
      <w:r>
        <w:rPr>
          <w:rFonts w:ascii="Arial" w:hAnsi="Arial" w:cs="Arial"/>
          <w:b w:val="0"/>
          <w:i w:val="0"/>
          <w:sz w:val="20"/>
        </w:rPr>
        <w:t>L = {0ⁿ1ⁿ} no es regular. Se toma w = 0^p 1^p. Como |xy| ≤ p, tanto x como y constan solo de ceros. Con i = 2 se agregan ceros sin agregar unos y la cadena sale de L.</w:t>
      </w:r>
    </w:p>
    <w:p>
      <w:r>
        <w:rPr>
          <w:rFonts w:ascii="Arial" w:hAnsi="Arial" w:cs="Arial"/>
          <w:b w:val="0"/>
          <w:i w:val="0"/>
          <w:sz w:val="20"/>
        </w:rPr>
        <w:t>Compáralo con la sesión 5: una máquina de Turing reconoce este lenguaje sin dificultad. Aquí queda demostrado, y no solo intuido, que el autómata finito es estrictamente menos potente.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MINIMIZACIÓN DE AFD</w:t>
      </w:r>
    </w:p>
    <w:p>
      <w:r>
        <w:rPr>
          <w:rFonts w:ascii="Arial" w:hAnsi="Arial" w:cs="Arial"/>
          <w:b w:val="0"/>
          <w:i w:val="0"/>
          <w:sz w:val="20"/>
        </w:rPr>
        <w:t>Por el teorema de Myhill-Nerode, para cada lenguaje regular existe un AFD mínimo único salvo renombramiento. Se calcula con el algoritmo de llenado de tabla: se marcan los pares distinguibles y se fusionan los que quedan sin marcar.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Reduce memoria en los analizadores léxicos que se generan.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Permite decidir si dos autómatas o dos expresiones regulares son equivalentes.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Probar que {ww} y {0ⁿ | n primo} no son regulares; minimizar dos AFD y usar el resultado para decidir equivalencia.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