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05-10-26 Teoría de la Computación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lunes 05/10/2026  ·  16:00-17:15  ·  Sesión 16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Alfabetos, cadenas y lenguajes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BAJAMOS DE NIVEL</w:t>
      </w:r>
    </w:p>
    <w:p>
      <w:r>
        <w:rPr>
          <w:rFonts w:ascii="Arial" w:hAnsi="Arial" w:cs="Arial"/>
          <w:b w:val="0"/>
          <w:i w:val="0"/>
          <w:sz w:val="20"/>
        </w:rPr>
        <w:t>Terminado el bloque de los límites, empieza el de los modelos que sí se construyen. Para eso hace falta primero el vocabulario formal sobre el que se definen los lenguajes.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ALFABETO</w:t>
      </w:r>
    </w:p>
    <w:p>
      <w:r>
        <w:rPr>
          <w:rFonts w:ascii="Arial" w:hAnsi="Arial" w:cs="Arial"/>
          <w:b w:val="0"/>
          <w:i w:val="0"/>
          <w:sz w:val="20"/>
        </w:rPr>
        <w:t>Un alfabeto Σ es un conjunto finito y no vacío de símbolos. Σ = {0,1} para el binario, Σ = {a,…,z} para texto. La finitud es esencial.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CADENA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Secuencia finita de símbolos de Σ.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Longitud |w| — número de símbolos. |01101| = 5.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Cadena vacía ε — la de longitud 0. Existe sobre cualquier alfabeto.</w:t>
      </w:r>
    </w:p>
    <w:p>
      <w:r>
        <w:rPr>
          <w:rFonts w:ascii="Arial" w:hAnsi="Arial" w:cs="Arial"/>
          <w:b w:val="0"/>
          <w:i w:val="0"/>
          <w:sz w:val="20"/>
        </w:rPr>
        <w:t>ε no es lo mismo que el conjunto vacío ∅, ni que un espacio en blanco. Confundirlos es el error más común del tema.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 SOBRE CADENAS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Concatenación: si w = 01 y v = 10, entonces wv = 0110. No es conmutativa.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ε es el neutro: wε = εw = w.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Potencia: w⁰ = ε y wⁿ = w·wⁿ⁻¹. Es una definición recursiva, como las de la sesión 8.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Reverso: (01101)ᴿ = 10110.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Σ* Y Σ⁺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Σ* — todas las cadenas sobre Σ, incluida ε. Es infinito numerable.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Σ⁺ = Σ* − {ε}.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LENGUAJE</w:t>
      </w:r>
    </w:p>
    <w:p>
      <w:r>
        <w:rPr>
          <w:rFonts w:ascii="Arial" w:hAnsi="Arial" w:cs="Arial"/>
          <w:b w:val="0"/>
          <w:i w:val="0"/>
          <w:sz w:val="20"/>
        </w:rPr>
        <w:t>Un lenguaje L es cualquier subconjunto de Σ*. Puede ser finito o infinito, y definirse por enumeración o por comprensión.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 = {0ⁿ1ⁿ | n ≥ 0} = {ε, 01, 0011, 000111, …}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∅ es un lenguaje y {ε} es otro distinto: el primero no tiene cadenas, el segundo tiene una.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 SOBRE LENGUAJES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Unión, intersección y complemento, heredadas de los conjuntos.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Concatenación: L₁L₂ = {xy | x ∈ L₁, y ∈ L₂}.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Cerradura de Kleene: L* = L⁰ ∪ L¹ ∪ L² ∪ … Siempre contiene ε.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L⁺ = L·L*, que contiene ε solo si L lo contiene.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OPERACIÓN QUE GENERA INFINITUD</w:t>
      </w:r>
    </w:p>
    <w:p>
      <w:r>
        <w:rPr>
          <w:rFonts w:ascii="Arial" w:hAnsi="Arial" w:cs="Arial"/>
          <w:b w:val="0"/>
          <w:i w:val="0"/>
          <w:sz w:val="20"/>
        </w:rPr>
        <w:t>Con L = {01}, L* = {ε, 01, 0101, …} es infinito aunque L tenga una sola cadena. La estrella es la única operación que produce conjuntos infinitos a partir de finitos, y por eso es la pieza central de las expresiones regulares.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Escribir por comprensión: cadenas binarias de longitud par; con igual número de ceros y unos; que empiezan y terminan con el mismo símbolo.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