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30-09-26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30/09/2026  ·  16:00-17:15  ·  Sesión 15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NP-completitud · SAT y el teorema de Cook-Levin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REDUCCIÓN POLINOMIAL</w:t>
      </w:r>
    </w:p>
    <w:p>
      <w:r>
        <w:rPr>
          <w:rFonts w:ascii="Arial" w:hAnsi="Arial" w:cs="Arial"/>
          <w:b w:val="0"/>
          <w:i w:val="0"/>
          <w:sz w:val="20"/>
        </w:rPr>
        <w:t>A ≤ₚ B si existe una transformación computable en tiempo polinomial que convierte instancias de A en instancias de B preservando la respuesta. Es la misma idea de la sesión 13, ahora con restricción de tiempo.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NP-COMPLETO</w:t>
      </w:r>
    </w:p>
    <w:p>
      <w:r>
        <w:rPr>
          <w:rFonts w:ascii="Arial" w:hAnsi="Arial" w:cs="Arial"/>
          <w:b w:val="0"/>
          <w:i w:val="0"/>
          <w:sz w:val="20"/>
        </w:rPr>
        <w:t>Un problema B es NP-completo si está en NP y todo problema de NP se reduce polinomialmente a él. Son los problemas más difíciles de NP.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 algún NP-completo estuviera en P, entonces P = NP en su totalidad.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 algún problema de NP no está en P, entonces ningún NP-completo lo está.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TEOREMA DE COOK-LEVIN</w:t>
      </w:r>
    </w:p>
    <w:p>
      <w:r>
        <w:rPr>
          <w:rFonts w:ascii="Arial" w:hAnsi="Arial" w:cs="Arial"/>
          <w:b w:val="0"/>
          <w:i w:val="0"/>
          <w:sz w:val="20"/>
        </w:rPr>
        <w:t>SAT es NP-completo. Fue el primero que se demostró, y la técnica consistió en codificar el cómputo completo de una máquina de Turing no determinista como una fórmula booleana que es satisfacible si y solo si la máquina acepta.</w:t>
      </w:r>
    </w:p>
    <w:p>
      <w:r>
        <w:rPr>
          <w:rFonts w:ascii="Arial" w:hAnsi="Arial" w:cs="Arial"/>
          <w:b w:val="0"/>
          <w:i w:val="0"/>
          <w:sz w:val="20"/>
        </w:rPr>
        <w:t>Esa demostración es la que abre la puerta: una vez que se tiene un problema NP-completo, los demás se prueban por reducción desde él, sin volver a razonar sobre máquinas.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PRUEBA QUE ALGO ES NP-COMPLETO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Mostrar que está en NP exhibiendo un certificado verificable en tiempo polinomial.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Tomar un problema ya conocido como NP-completo.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Reducirlo polinomialmente al problema nuevo.</w:t>
      </w:r>
    </w:p>
    <w:p>
      <w:r>
        <w:rPr>
          <w:rFonts w:ascii="Arial" w:hAnsi="Arial" w:cs="Arial"/>
          <w:b w:val="0"/>
          <w:i w:val="0"/>
          <w:sz w:val="20"/>
        </w:rPr>
        <w:t>Otra vez la dirección importa: se reduce el conocido al nuevo.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FAMILIA</w:t>
      </w:r>
    </w:p>
    <w:p>
      <w:r>
        <w:rPr>
          <w:rFonts w:ascii="Arial" w:hAnsi="Arial" w:cs="Arial"/>
          <w:b w:val="0"/>
          <w:i w:val="0"/>
          <w:sz w:val="20"/>
        </w:rPr>
        <w:t>SAT, 3-SAT, clique, cubierta de vértices, conjunto independiente, coloreo, mochila, agente viajero, ciclo hamiltoniano, partición. Son miles de problemas de áreas muy distintas, y todos equivalentes: resolver uno rápido los resuelve todos rápido.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HACER CON UN PROBLEMA NP-COMPLETO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Algoritmos de aproximación con garantía de calidad demostrada.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Heurísticas y metaheurísticas, sin garantía pero buenas en la práctica.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Explotar la estructura del caso concreto: muchas instancias reales son fáciles.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Aceptar tiempo exponencial cuando n es pequeño; los resolvedores SAT modernos manejan instancias enormes.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CIERRE DEL BLOQUE</w:t>
      </w:r>
    </w:p>
    <w:p>
      <w:r>
        <w:rPr>
          <w:rFonts w:ascii="Arial" w:hAnsi="Arial" w:cs="Arial"/>
          <w:b w:val="0"/>
          <w:i w:val="0"/>
          <w:sz w:val="20"/>
        </w:rPr>
        <w:t>Con esto se cierran las dos preguntas de los límites: qué no se puede computar y qué no se puede computar rápido. A partir de la próxima sesión bajamos a los modelos restringidos, que son los que sí se pueden implementar y son la base de los compiladores.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Reducir 3-SAT a cubierta de vértices y verificar que la transformación es polinomial.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