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28-09-26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28/09/2026  ·  16:00-17:15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Problemas P y NP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CLASE P</w:t>
      </w:r>
    </w:p>
    <w:p>
      <w:r>
        <w:rPr>
          <w:rFonts w:ascii="Arial" w:hAnsi="Arial" w:cs="Arial"/>
          <w:b w:val="0"/>
          <w:i w:val="0"/>
          <w:sz w:val="20"/>
        </w:rPr>
        <w:t>Problemas de decisión resolubles por una máquina de Turing determinista en tiempo O(nᵏ) para algún k fijo. Se identifica informalmente con lo tratable.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Ordenar, búsqueda binaria, caminos mínimos, flujo máximo, primalidad.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CLASE NP</w:t>
      </w:r>
    </w:p>
    <w:p>
      <w:r>
        <w:rPr>
          <w:rFonts w:ascii="Arial" w:hAnsi="Arial" w:cs="Arial"/>
          <w:b w:val="0"/>
          <w:i w:val="0"/>
          <w:sz w:val="20"/>
        </w:rPr>
        <w:t>Problemas resolubles por una máquina de Turing no determinista en tiempo polinomial. La caracterización útil es la equivalente: son los problemas cuya solución, si alguien la propone, puede verificarse en tiempo polinomial.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SAT — ¿es satisfacible esta fórmula booleana? Verificar una asignación propuesta es trivial.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Ciclo hamiltoniano — verificar un ciclo propuesto es fácil; encontrarlo 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Coloreo de grafos, mochila, agente viajero en versión de decisión.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CERTIFICADO</w:t>
      </w:r>
    </w:p>
    <w:p>
      <w:r>
        <w:rPr>
          <w:rFonts w:ascii="Arial" w:hAnsi="Arial" w:cs="Arial"/>
          <w:b w:val="0"/>
          <w:i w:val="0"/>
          <w:sz w:val="20"/>
        </w:rPr>
        <w:t>La forma práctica de probar que un problema está en NP es exhibir el certificado: qué información bastaría para convencer a alguien de que la respuesta es sí, y comprobar que verificarla toma tiempo polinomial. Para el ciclo hamiltoniano el certificado es la lista de vértices en orden.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 ⊆ NP</w:t>
      </w:r>
    </w:p>
    <w:p>
      <w:r>
        <w:rPr>
          <w:rFonts w:ascii="Arial" w:hAnsi="Arial" w:cs="Arial"/>
          <w:b w:val="0"/>
          <w:i w:val="0"/>
          <w:sz w:val="20"/>
        </w:rPr>
        <w:t>Si se puede resolver rápido, se puede verificar rápido: basta resolverlo e ignorar el certificado. La inclusión es evidente. Lo que nadie sabe es si es estricta.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 P CONTRA NP</w:t>
      </w:r>
    </w:p>
    <w:p>
      <w:r>
        <w:rPr>
          <w:rFonts w:ascii="Arial" w:hAnsi="Arial" w:cs="Arial"/>
          <w:b w:val="0"/>
          <w:i w:val="0"/>
          <w:sz w:val="20"/>
        </w:rPr>
        <w:t>¿Todo problema verificable rápido es resoluble rápido? Es el problema abierto más importante de la computación y uno de los siete problemas del milenio, con un premio de un millón de dólares. La opinión mayoritaria es que P ≠ NP, pero no hay demostración en ninguna dirección.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IMPORTA FUERA DE LA TEORÍA</w:t>
      </w:r>
    </w:p>
    <w:p>
      <w:r>
        <w:rPr>
          <w:rFonts w:ascii="Arial" w:hAnsi="Arial" w:cs="Arial"/>
          <w:b w:val="0"/>
          <w:i w:val="0"/>
          <w:sz w:val="20"/>
        </w:rPr>
        <w:t>Si P = NP, la criptografía de clave pública colapsa, porque romperla se vuelve tan fácil como usarla. Si P ≠ NP, hay problemas que jamás tendrán algoritmo eficiente y conviene invertir en aproximaciones y heurísticas en lugar de perseguir el óptimo.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RELACIÓN CON LO ANTERIOR</w:t>
      </w:r>
    </w:p>
    <w:p>
      <w:r>
        <w:rPr>
          <w:rFonts w:ascii="Arial" w:hAnsi="Arial" w:cs="Arial"/>
          <w:b w:val="0"/>
          <w:i w:val="0"/>
          <w:sz w:val="20"/>
        </w:rPr>
        <w:t>Nota la diferencia con el bloque de computabilidad. Los problemas NP sí son decidibles: existe algoritmo, solo que exponencial. La indecidibilidad es un muro absoluto; la intratabilidad es un muro práctico.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Clasificar diez problemas en P o NP y dar el certificado verificable de cada uno de los de NP.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