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04-11-26 Estructuras de Datos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CN122  ·  miércoles 04/11/2026  ·  13:00-14:15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