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30-09-26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30/09/2026  ·  13:00-14:15  ·  Sesión 15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Listas ligadas simples: búsqueda y acceso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PRECIO DEL ENLACE</w:t>
      </w:r>
    </w:p>
    <w:p>
      <w:r>
        <w:rPr>
          <w:rFonts w:ascii="Arial" w:hAnsi="Arial" w:cs="Arial"/>
          <w:b w:val="0"/>
          <w:i w:val="0"/>
          <w:sz w:val="20"/>
        </w:rPr>
        <w:t>En un arreglo el elemento i se calcula. En una lista hay que caminar desde la cabeza contando nodos: el acceso por posición es O(n). Ese es el costo de la flexibilidad ganada en la inserción.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RECORRIDO ESTÁNDAR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Nodo *p = cabeza; while (p != NULL) { … ; p = p-&gt;sig; }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Nunca modificar cabeza durante el recorrido: se pierde el acceso a la lista.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BÚSQUEDA</w:t>
      </w:r>
    </w:p>
    <w:p>
      <w:r>
        <w:rPr>
          <w:rFonts w:ascii="Arial" w:hAnsi="Arial" w:cs="Arial"/>
          <w:b w:val="0"/>
          <w:i w:val="0"/>
          <w:sz w:val="20"/>
        </w:rPr>
        <w:t>Secuencial y O(n) sin excepción. Aunque la lista esté ordenada no se puede hacer búsqueda binaria, porque no hay acceso directo al elemento medio. Es una limitación estructural, no de implementación.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DEVOLVER EL ANTERIOR</w:t>
      </w:r>
    </w:p>
    <w:p>
      <w:r>
        <w:rPr>
          <w:rFonts w:ascii="Arial" w:hAnsi="Arial" w:cs="Arial"/>
          <w:b w:val="0"/>
          <w:i w:val="0"/>
          <w:sz w:val="20"/>
        </w:rPr>
        <w:t>Casi todas las operaciones de modificación necesitan el nodo previo. Conviene escribir una función que devuelva ambos, o llevar dos apuntadores durante el recorrido: uno actual y uno anterior.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LISTA CONTRA ARREGLO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Acceso por índice: arreglo O(1), lista O(n).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Inserción al inicio: arreglo O(n), lista O(1).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Inserción al final: arreglo O(1) amortizado, lista O(1) con apuntador a cola.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Memoria: el arreglo necesita bloque contiguo; la lista gasta un apuntador extra por nodo.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Caché: el arreglo gana con claridad; los nodos dispersos causan fallos de caché constantes.</w:t>
      </w:r>
    </w:p>
    <w:p>
      <w:r>
        <w:rPr>
          <w:rFonts w:ascii="Arial" w:hAnsi="Arial" w:cs="Arial"/>
          <w:b w:val="0"/>
          <w:i w:val="0"/>
          <w:sz w:val="20"/>
        </w:rPr>
        <w:t>En la práctica los arreglos ganan más seguido de lo que la teoría sugiere, precisamente por la caché. La lista brilla cuando hay muchas inserciones y borrados en posiciones arbitrarias.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TÉCNICAS ÚTILES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Nodo centinela — un nodo ficticio al inicio elimina el caso especial de insertar en cabeza.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Dos apuntadores a distinta velocidad — detecta ciclos y encuentra el elemento medio en una pasada.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Búsqueda con devolución de anterior, conteo de nodos, y detección de ciclo con el algoritmo de la liebre y la tortuga.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