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24-08-26 Estructuras de Datos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24/08/2026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