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10-08-26 Estructuras de Datos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10/08/2026  ·  13:00-14:15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 qué va el curso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Estructuras de datos para gestionar información, aplicadas eficientemente. En C.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Evaluación: 40% actividades, 3 parciales de 15%, final 15%.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tres operaciones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Almacenar, organizar, recuperar. Toda estructura hace las tres, ninguna las tres igual de bien.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intercambio central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Arreglo: acceso rápido por posición, inserción cara en medio.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Lista: inserción barata, acceso por posición caro.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hay estructura mejor, hay estructura adecuada al patrón de uso.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Escala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 100 datos casi todo sirve; con 100 millones, O(n) contra O(log n) decide si es posible.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Contenido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Búsqueda, memoria en C, estructuras estáticas (arreglos, pilas, colas), dinámicas (listas, grafos, árboles), ordenamiento.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Asesorías lun-vie 4:00-4:50 pm, IA-250B.</w:t>
      </w:r>
    </w:p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1.- Repasar apuntadores de C antes del miércoles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2.- Instalar un compilador y valgrind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3.- Investigar qué es notación O grande, la vamos a usar todo el semestre</w:t>
      </w:r>
    </w:p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