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19-10-26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lunes 19/10/2026  ·  10:00-11:40  ·  Sesión 11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Construcción de prototipos de baja y alta fidelidad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PROTOTIPAR</w:t>
      </w:r>
    </w:p>
    <w:p>
      <w:r>
        <w:rPr>
          <w:rFonts w:ascii="Arial" w:hAnsi="Arial" w:cs="Arial"/>
          <w:b w:val="0"/>
          <w:i w:val="0"/>
          <w:sz w:val="20"/>
        </w:rPr>
        <w:t>Un prototipo permite probar una idea antes de construirla. Cuesta órdenes de magnitud menos corregir un problema en papel que en código en producción.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BAJA FIDELIDAD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Bocetos en papel, tarjetas, pizarrón.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 producen en minutos y se desechan sin costo emocional.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Invitan a criticar, precisamente porque se ven inacabados.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Sirven para probar estructura, flujo y arquitectura de información.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ALTA FIDELIDAD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Interactivos y con aspecto cercano al producto final: Figma, Adobe XD, o HTML.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Sirven para probar detalles visuales, microinteracciones y comprensión de contenido real.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Riesgo: la gente los confunde con producto terminado y comenta el color en vez de la estructura.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PRINCIPIO</w:t>
      </w:r>
    </w:p>
    <w:p>
      <w:r>
        <w:rPr>
          <w:rFonts w:ascii="Arial" w:hAnsi="Arial" w:cs="Arial"/>
          <w:b w:val="0"/>
          <w:i w:val="0"/>
          <w:sz w:val="20"/>
        </w:rPr>
        <w:t>La fidelidad debe corresponder a la pregunta que se quiere responder. Si la duda es «¿el usuario entiende el flujo?», el papel basta y sobra. Invertir en alta fidelidad demasiado pronto compra respuestas a preguntas que aún no importan.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PROTOTIPOS HORIZONTALES Y VERTICALES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Horizontal — muchas funciones, ninguna profunda. Prueba la navegación general.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Vertical — una función completa hasta el final. Prueba un flujo crítico a fondo.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MAGO DE OZ</w:t>
      </w:r>
    </w:p>
    <w:p>
      <w:r>
        <w:rPr>
          <w:rFonts w:ascii="Arial" w:hAnsi="Arial" w:cs="Arial"/>
          <w:b w:val="0"/>
          <w:i w:val="0"/>
          <w:sz w:val="20"/>
        </w:rPr>
        <w:t>Se simula el comportamiento del sistema con una persona operando detrás. Permite probar interfaces de voz o con inteligencia artificial antes de que exista el motor. Es especialmente útil cuando construir el backend sería el 90% del esfuerzo.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ERRORES FRECUENTES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Prototipar solo la ruta feliz y no los errores, que es donde está la mayoría de los problemas.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Usar texto de relleno: el contenido real cambia por completo la percepción del diseño.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Enamorarse del primer prototipo. Hacer tres alternativas antes de elegir es lo que evita ese apego.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Producir tres prototipos de baja fidelidad alternativos para la pantalla principal del proyecto y elegir uno con argumentos.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